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72B" w:rsidRDefault="00F90CF4" w:rsidP="00E93E79">
      <w:pPr>
        <w:jc w:val="center"/>
        <w:rPr>
          <w:rFonts w:ascii="Arial" w:eastAsia="Arial" w:hAnsi="Arial"/>
          <w:b/>
          <w:color w:val="1D506A"/>
          <w:sz w:val="32"/>
          <w:szCs w:val="32"/>
        </w:rPr>
      </w:pPr>
      <w:r>
        <w:rPr>
          <w:rFonts w:ascii="Arial" w:eastAsia="Arial" w:hAnsi="Arial"/>
          <w:b/>
          <w:bCs/>
          <w:noProof/>
          <w:color w:val="1D506A"/>
          <w:sz w:val="32"/>
          <w:szCs w:val="32"/>
          <w:lang w:val="ru-RU" w:eastAsia="ru-RU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-574675</wp:posOffset>
            </wp:positionH>
            <wp:positionV relativeFrom="paragraph">
              <wp:posOffset>-502285</wp:posOffset>
            </wp:positionV>
            <wp:extent cx="7563485" cy="10688955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3485" cy="1068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5120">
        <w:rPr>
          <w:rFonts w:ascii="Arial" w:eastAsia="Arial" w:hAnsi="Arial"/>
          <w:b/>
          <w:color w:val="1D506A"/>
          <w:sz w:val="32"/>
          <w:szCs w:val="32"/>
        </w:rPr>
        <w:t xml:space="preserve">                      </w:t>
      </w:r>
    </w:p>
    <w:p w:rsidR="0033772B" w:rsidRPr="0033772B" w:rsidRDefault="00F90CF4" w:rsidP="0033772B">
      <w:pPr>
        <w:jc w:val="center"/>
        <w:rPr>
          <w:rFonts w:ascii="Arial" w:eastAsia="Arial" w:hAnsi="Arial"/>
          <w:b/>
          <w:bCs/>
          <w:color w:val="1D506A"/>
          <w:sz w:val="32"/>
          <w:szCs w:val="32"/>
        </w:rPr>
      </w:pPr>
      <w:r>
        <w:rPr>
          <w:rFonts w:ascii="Arial" w:eastAsia="Arial" w:hAnsi="Arial"/>
          <w:b/>
          <w:noProof/>
          <w:color w:val="1D506A"/>
          <w:sz w:val="32"/>
          <w:szCs w:val="32"/>
          <w:lang w:val="ru-RU"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posOffset>1990725</wp:posOffset>
            </wp:positionH>
            <wp:positionV relativeFrom="paragraph">
              <wp:posOffset>-335280</wp:posOffset>
            </wp:positionV>
            <wp:extent cx="2211705" cy="2114550"/>
            <wp:effectExtent l="0" t="0" r="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170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772B" w:rsidRPr="0033772B" w:rsidRDefault="0033772B" w:rsidP="0033772B">
      <w:pPr>
        <w:jc w:val="center"/>
        <w:rPr>
          <w:rFonts w:ascii="Arial" w:eastAsia="Arial" w:hAnsi="Arial"/>
          <w:b/>
          <w:bCs/>
          <w:color w:val="1D506A"/>
          <w:sz w:val="32"/>
          <w:szCs w:val="32"/>
        </w:rPr>
      </w:pPr>
    </w:p>
    <w:p w:rsidR="0033772B" w:rsidRPr="0033772B" w:rsidRDefault="0033772B" w:rsidP="0033772B">
      <w:pPr>
        <w:jc w:val="center"/>
        <w:rPr>
          <w:rFonts w:ascii="Arial" w:eastAsia="Arial" w:hAnsi="Arial"/>
          <w:b/>
          <w:bCs/>
          <w:color w:val="1D506A"/>
          <w:sz w:val="32"/>
          <w:szCs w:val="32"/>
        </w:rPr>
      </w:pPr>
    </w:p>
    <w:p w:rsidR="0033772B" w:rsidRDefault="0033772B" w:rsidP="0033772B">
      <w:pPr>
        <w:jc w:val="center"/>
        <w:rPr>
          <w:rFonts w:ascii="Arial" w:eastAsia="Arial" w:hAnsi="Arial"/>
          <w:b/>
          <w:bCs/>
          <w:color w:val="1D506A"/>
          <w:sz w:val="32"/>
          <w:szCs w:val="32"/>
        </w:rPr>
      </w:pPr>
    </w:p>
    <w:p w:rsidR="0033772B" w:rsidRDefault="0033772B" w:rsidP="0033772B">
      <w:pPr>
        <w:jc w:val="center"/>
        <w:rPr>
          <w:rFonts w:ascii="Arial" w:eastAsia="Arial" w:hAnsi="Arial"/>
          <w:b/>
          <w:bCs/>
          <w:color w:val="1D506A"/>
          <w:sz w:val="32"/>
          <w:szCs w:val="32"/>
        </w:rPr>
      </w:pPr>
    </w:p>
    <w:p w:rsidR="0033772B" w:rsidRPr="0033772B" w:rsidRDefault="0033772B" w:rsidP="0033772B">
      <w:pPr>
        <w:jc w:val="center"/>
        <w:rPr>
          <w:rFonts w:ascii="Arial" w:eastAsia="Arial" w:hAnsi="Arial"/>
          <w:b/>
          <w:bCs/>
          <w:color w:val="1D506A"/>
          <w:sz w:val="32"/>
          <w:szCs w:val="32"/>
        </w:rPr>
      </w:pPr>
    </w:p>
    <w:p w:rsidR="0033772B" w:rsidRPr="0033772B" w:rsidRDefault="0033772B" w:rsidP="0033772B">
      <w:pPr>
        <w:jc w:val="center"/>
        <w:rPr>
          <w:rFonts w:ascii="Arial" w:eastAsia="Arial" w:hAnsi="Arial"/>
          <w:b/>
          <w:color w:val="1D506A"/>
          <w:sz w:val="32"/>
          <w:szCs w:val="32"/>
        </w:rPr>
      </w:pPr>
      <w:r w:rsidRPr="0033772B">
        <w:rPr>
          <w:rFonts w:ascii="Arial" w:eastAsia="Arial" w:hAnsi="Arial"/>
          <w:b/>
          <w:bCs/>
          <w:color w:val="1D506A"/>
          <w:sz w:val="32"/>
          <w:szCs w:val="32"/>
        </w:rPr>
        <w:t>O‘ZBEKISTON RESPUBLIKASI</w:t>
      </w:r>
    </w:p>
    <w:p w:rsidR="0033772B" w:rsidRPr="0033772B" w:rsidRDefault="0033772B" w:rsidP="0033772B">
      <w:pPr>
        <w:jc w:val="center"/>
        <w:rPr>
          <w:rFonts w:ascii="Arial" w:eastAsia="Arial" w:hAnsi="Arial"/>
          <w:b/>
          <w:color w:val="1D506A"/>
          <w:sz w:val="32"/>
          <w:szCs w:val="32"/>
        </w:rPr>
      </w:pPr>
      <w:r w:rsidRPr="0033772B">
        <w:rPr>
          <w:rFonts w:ascii="Arial" w:eastAsia="Arial" w:hAnsi="Arial"/>
          <w:b/>
          <w:bCs/>
          <w:color w:val="1D506A"/>
          <w:sz w:val="32"/>
          <w:szCs w:val="32"/>
        </w:rPr>
        <w:t>MAKTABGACHA VA MAKTAB TA’LIMI VAZIRLIGI</w:t>
      </w:r>
    </w:p>
    <w:p w:rsidR="0033772B" w:rsidRPr="0033772B" w:rsidRDefault="0033772B" w:rsidP="0033772B">
      <w:pPr>
        <w:jc w:val="center"/>
        <w:rPr>
          <w:rFonts w:ascii="Arial" w:eastAsia="Arial" w:hAnsi="Arial"/>
          <w:b/>
          <w:color w:val="1D506A"/>
          <w:sz w:val="32"/>
          <w:szCs w:val="32"/>
        </w:rPr>
      </w:pPr>
      <w:r w:rsidRPr="0033772B">
        <w:rPr>
          <w:rFonts w:ascii="Arial" w:eastAsia="Arial" w:hAnsi="Arial"/>
          <w:b/>
          <w:color w:val="1D506A"/>
          <w:sz w:val="32"/>
          <w:szCs w:val="32"/>
        </w:rPr>
        <w:t>_________ viloyati _________ tumani</w:t>
      </w:r>
    </w:p>
    <w:p w:rsidR="0033772B" w:rsidRPr="0033772B" w:rsidRDefault="0033772B" w:rsidP="0033772B">
      <w:pPr>
        <w:jc w:val="center"/>
        <w:rPr>
          <w:rFonts w:ascii="Arial" w:eastAsia="Arial" w:hAnsi="Arial"/>
          <w:b/>
          <w:color w:val="1D506A"/>
          <w:sz w:val="32"/>
          <w:szCs w:val="32"/>
        </w:rPr>
      </w:pPr>
      <w:r w:rsidRPr="0033772B">
        <w:rPr>
          <w:rFonts w:ascii="Arial" w:eastAsia="Arial" w:hAnsi="Arial"/>
          <w:b/>
          <w:color w:val="1D506A"/>
          <w:sz w:val="32"/>
          <w:szCs w:val="32"/>
        </w:rPr>
        <w:t>maktabgacha va maktab ta’limi bo‘limiga qarashli</w:t>
      </w:r>
    </w:p>
    <w:p w:rsidR="0033772B" w:rsidRPr="0033772B" w:rsidRDefault="0033772B" w:rsidP="0033772B">
      <w:pPr>
        <w:jc w:val="center"/>
        <w:rPr>
          <w:rFonts w:ascii="Arial" w:eastAsia="Arial" w:hAnsi="Arial"/>
          <w:b/>
          <w:color w:val="1D506A"/>
          <w:sz w:val="32"/>
          <w:szCs w:val="32"/>
        </w:rPr>
      </w:pPr>
      <w:r w:rsidRPr="0033772B">
        <w:rPr>
          <w:rFonts w:ascii="Arial" w:eastAsia="Arial" w:hAnsi="Arial"/>
          <w:b/>
          <w:color w:val="1D506A"/>
          <w:sz w:val="32"/>
          <w:szCs w:val="32"/>
        </w:rPr>
        <w:t>____-sonli umumiy o‘rta ta’lim maktabi</w:t>
      </w:r>
    </w:p>
    <w:p w:rsidR="004D5120" w:rsidRDefault="004D5120" w:rsidP="0033772B">
      <w:pPr>
        <w:jc w:val="center"/>
        <w:rPr>
          <w:rFonts w:ascii="Arial" w:eastAsia="Arial" w:hAnsi="Arial"/>
          <w:b/>
          <w:color w:val="1D506A"/>
          <w:sz w:val="32"/>
          <w:szCs w:val="32"/>
        </w:rPr>
      </w:pPr>
    </w:p>
    <w:p w:rsidR="0033772B" w:rsidRPr="0033772B" w:rsidRDefault="0033772B" w:rsidP="0033772B">
      <w:pPr>
        <w:jc w:val="center"/>
        <w:rPr>
          <w:rFonts w:ascii="Arial" w:eastAsia="Arial" w:hAnsi="Arial"/>
          <w:b/>
          <w:color w:val="1D506A"/>
          <w:sz w:val="32"/>
          <w:szCs w:val="32"/>
        </w:rPr>
      </w:pPr>
      <w:r w:rsidRPr="0033772B">
        <w:rPr>
          <w:rFonts w:ascii="Arial" w:eastAsia="Arial" w:hAnsi="Arial"/>
          <w:b/>
          <w:color w:val="1D506A"/>
          <w:sz w:val="32"/>
          <w:szCs w:val="32"/>
        </w:rPr>
        <w:t>____________________________________ning</w:t>
      </w:r>
    </w:p>
    <w:p w:rsidR="0033772B" w:rsidRPr="0033772B" w:rsidRDefault="0078766F" w:rsidP="0033772B">
      <w:pPr>
        <w:jc w:val="center"/>
        <w:rPr>
          <w:rFonts w:ascii="Arial" w:eastAsia="Arial" w:hAnsi="Arial"/>
          <w:b/>
          <w:color w:val="1D506A"/>
          <w:sz w:val="32"/>
          <w:szCs w:val="32"/>
        </w:rPr>
      </w:pPr>
      <w:r>
        <w:rPr>
          <w:rFonts w:ascii="Arial" w:eastAsia="Arial" w:hAnsi="Arial"/>
          <w:b/>
          <w:color w:val="1D506A"/>
          <w:sz w:val="32"/>
          <w:szCs w:val="32"/>
        </w:rPr>
        <w:t>6</w:t>
      </w:r>
      <w:r w:rsidR="0033772B" w:rsidRPr="0033772B">
        <w:rPr>
          <w:rFonts w:ascii="Arial" w:eastAsia="Arial" w:hAnsi="Arial"/>
          <w:b/>
          <w:color w:val="1D506A"/>
          <w:sz w:val="32"/>
          <w:szCs w:val="32"/>
        </w:rPr>
        <w:t>-"__" sinfida</w:t>
      </w:r>
    </w:p>
    <w:p w:rsidR="0033772B" w:rsidRPr="0033772B" w:rsidRDefault="0033772B" w:rsidP="0033772B">
      <w:pPr>
        <w:jc w:val="center"/>
        <w:rPr>
          <w:rFonts w:ascii="Arial" w:eastAsia="Arial" w:hAnsi="Arial"/>
          <w:b/>
          <w:color w:val="1D506A"/>
          <w:sz w:val="32"/>
          <w:szCs w:val="32"/>
        </w:rPr>
      </w:pPr>
      <w:r w:rsidRPr="0033772B">
        <w:rPr>
          <w:rFonts w:ascii="Arial" w:eastAsia="Arial" w:hAnsi="Arial"/>
          <w:b/>
          <w:bCs/>
          <w:color w:val="1D506A"/>
          <w:sz w:val="32"/>
          <w:szCs w:val="32"/>
        </w:rPr>
        <w:t>“MUSTAQILLIGIMIZNING 35 YILLIGI”</w:t>
      </w:r>
    </w:p>
    <w:p w:rsidR="0033772B" w:rsidRPr="0033772B" w:rsidRDefault="0033772B" w:rsidP="0033772B">
      <w:pPr>
        <w:jc w:val="center"/>
        <w:rPr>
          <w:rFonts w:ascii="Arial" w:eastAsia="Arial" w:hAnsi="Arial"/>
          <w:b/>
          <w:color w:val="1D506A"/>
          <w:sz w:val="32"/>
          <w:szCs w:val="32"/>
        </w:rPr>
      </w:pPr>
      <w:r w:rsidRPr="0033772B">
        <w:rPr>
          <w:rFonts w:ascii="Arial" w:eastAsia="Arial" w:hAnsi="Arial"/>
          <w:b/>
          <w:color w:val="1D506A"/>
          <w:sz w:val="32"/>
          <w:szCs w:val="32"/>
        </w:rPr>
        <w:t>mavzusida tayyorlagan bir soatlik</w:t>
      </w:r>
    </w:p>
    <w:p w:rsidR="0033772B" w:rsidRPr="0033772B" w:rsidRDefault="00E8596D" w:rsidP="0033772B">
      <w:pPr>
        <w:jc w:val="center"/>
        <w:rPr>
          <w:rFonts w:ascii="Arial" w:eastAsia="Arial" w:hAnsi="Arial"/>
          <w:b/>
          <w:color w:val="1D506A"/>
          <w:sz w:val="32"/>
          <w:szCs w:val="32"/>
        </w:rPr>
      </w:pPr>
      <w:r>
        <w:rPr>
          <w:rFonts w:ascii="Arial" w:eastAsia="Arial" w:hAnsi="Arial"/>
          <w:b/>
          <w:color w:val="1D506A"/>
          <w:sz w:val="32"/>
          <w:szCs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9" type="#_x0000_t136" style="position:absolute;left:0;text-align:left;margin-left:38.15pt;margin-top:8.4pt;width:408.75pt;height:82.5pt;z-index:-251657728" fillcolor="#0f4761" strokecolor="#d8d8d8 [2732]">
            <v:fill color2="#224a14"/>
            <v:shadow on="t" color="#4d4d4d" opacity="52429f" offset=",3pt"/>
            <v:textpath style="font-family:&quot;Arial Black&quot;;v-text-spacing:78650f;v-text-kern:t" trim="t" fitpath="t" string="DARS ISHLANMA"/>
          </v:shape>
        </w:pict>
      </w:r>
    </w:p>
    <w:p w:rsidR="0082365F" w:rsidRDefault="0033772B" w:rsidP="0082365F">
      <w:pPr>
        <w:spacing w:after="0"/>
        <w:jc w:val="center"/>
        <w:rPr>
          <w:sz w:val="48"/>
          <w:szCs w:val="48"/>
        </w:rPr>
      </w:pPr>
      <w:r>
        <w:rPr>
          <w:rFonts w:ascii="Arial" w:eastAsia="Arial" w:hAnsi="Arial"/>
          <w:b/>
          <w:color w:val="1D506A"/>
          <w:sz w:val="32"/>
          <w:szCs w:val="32"/>
        </w:rPr>
        <w:t xml:space="preserve"> </w:t>
      </w:r>
      <w:r>
        <w:rPr>
          <w:rFonts w:ascii="Arial" w:eastAsia="Arial" w:hAnsi="Arial"/>
          <w:b/>
          <w:color w:val="1D506A"/>
          <w:sz w:val="32"/>
          <w:szCs w:val="32"/>
        </w:rPr>
        <w:br w:type="page"/>
      </w:r>
      <w:r>
        <w:rPr>
          <w:rFonts w:ascii="Arial" w:eastAsia="Arial" w:hAnsi="Arial"/>
          <w:b/>
          <w:color w:val="1D506A"/>
          <w:sz w:val="32"/>
          <w:szCs w:val="32"/>
        </w:rPr>
        <w:lastRenderedPageBreak/>
        <w:t xml:space="preserve">  </w:t>
      </w:r>
      <w:hyperlink r:id="rId10" w:history="1">
        <w:r w:rsidR="0082365F">
          <w:rPr>
            <w:rStyle w:val="affa"/>
            <w:sz w:val="48"/>
            <w:szCs w:val="48"/>
          </w:rPr>
          <w:t>www.idum.uz</w:t>
        </w:r>
      </w:hyperlink>
      <w:r w:rsidR="0082365F">
        <w:rPr>
          <w:sz w:val="48"/>
          <w:szCs w:val="48"/>
        </w:rPr>
        <w:t xml:space="preserve"> veb-sayti ma’muriyati</w:t>
      </w:r>
    </w:p>
    <w:p w:rsidR="0082365F" w:rsidRDefault="0082365F" w:rsidP="0082365F">
      <w:pPr>
        <w:spacing w:after="0"/>
        <w:jc w:val="center"/>
        <w:rPr>
          <w:sz w:val="48"/>
          <w:szCs w:val="48"/>
        </w:rPr>
      </w:pPr>
      <w:r>
        <w:rPr>
          <w:sz w:val="48"/>
          <w:szCs w:val="48"/>
        </w:rPr>
        <w:t>hamkorlik va taqdim etilgan fayllar uchun</w:t>
      </w:r>
    </w:p>
    <w:p w:rsidR="0082365F" w:rsidRDefault="0082365F" w:rsidP="0082365F">
      <w:pPr>
        <w:spacing w:after="0"/>
        <w:jc w:val="center"/>
        <w:rPr>
          <w:sz w:val="48"/>
          <w:szCs w:val="48"/>
        </w:rPr>
      </w:pPr>
      <w:hyperlink r:id="rId11" w:history="1">
        <w:r>
          <w:rPr>
            <w:rStyle w:val="affa"/>
            <w:sz w:val="48"/>
            <w:szCs w:val="48"/>
          </w:rPr>
          <w:t>www.zokirjon.com</w:t>
        </w:r>
      </w:hyperlink>
      <w:r>
        <w:rPr>
          <w:sz w:val="48"/>
          <w:szCs w:val="48"/>
        </w:rPr>
        <w:t xml:space="preserve"> sayti ma’muriyatiga o‘z</w:t>
      </w:r>
    </w:p>
    <w:p w:rsidR="0082365F" w:rsidRDefault="0082365F" w:rsidP="0082365F">
      <w:pPr>
        <w:spacing w:after="0"/>
        <w:jc w:val="center"/>
        <w:rPr>
          <w:sz w:val="48"/>
          <w:szCs w:val="48"/>
        </w:rPr>
      </w:pPr>
      <w:r>
        <w:rPr>
          <w:sz w:val="48"/>
          <w:szCs w:val="48"/>
        </w:rPr>
        <w:t>minnatdorchilik bildiradi</w:t>
      </w:r>
    </w:p>
    <w:p w:rsidR="0082365F" w:rsidRDefault="0082365F" w:rsidP="0082365F">
      <w:pPr>
        <w:spacing w:after="0"/>
        <w:jc w:val="center"/>
        <w:rPr>
          <w:sz w:val="48"/>
          <w:szCs w:val="48"/>
        </w:rPr>
      </w:pPr>
    </w:p>
    <w:p w:rsidR="0082365F" w:rsidRDefault="0082365F" w:rsidP="0082365F">
      <w:pPr>
        <w:spacing w:after="0"/>
        <w:rPr>
          <w:sz w:val="48"/>
          <w:szCs w:val="48"/>
        </w:rPr>
      </w:pPr>
      <w:hyperlink r:id="rId12" w:history="1">
        <w:r>
          <w:rPr>
            <w:rStyle w:val="affa"/>
            <w:sz w:val="48"/>
            <w:szCs w:val="48"/>
          </w:rPr>
          <w:t>www.zokirjon.com</w:t>
        </w:r>
      </w:hyperlink>
      <w:r>
        <w:rPr>
          <w:sz w:val="48"/>
          <w:szCs w:val="48"/>
        </w:rPr>
        <w:t xml:space="preserve"> saytidan kerakli fayl:</w:t>
      </w:r>
    </w:p>
    <w:p w:rsidR="0082365F" w:rsidRDefault="0082365F" w:rsidP="0082365F">
      <w:pPr>
        <w:pStyle w:val="ae"/>
        <w:numPr>
          <w:ilvl w:val="0"/>
          <w:numId w:val="10"/>
        </w:numPr>
        <w:spacing w:after="0" w:line="240" w:lineRule="auto"/>
        <w:ind w:left="0" w:firstLine="0"/>
        <w:rPr>
          <w:sz w:val="48"/>
          <w:szCs w:val="48"/>
        </w:rPr>
      </w:pPr>
      <w:r>
        <w:rPr>
          <w:sz w:val="48"/>
          <w:szCs w:val="48"/>
        </w:rPr>
        <w:t>dars ishlanma,</w:t>
      </w:r>
    </w:p>
    <w:p w:rsidR="0082365F" w:rsidRDefault="0082365F" w:rsidP="0082365F">
      <w:pPr>
        <w:pStyle w:val="ae"/>
        <w:numPr>
          <w:ilvl w:val="0"/>
          <w:numId w:val="10"/>
        </w:numPr>
        <w:spacing w:after="0" w:line="240" w:lineRule="auto"/>
        <w:ind w:left="0" w:firstLine="0"/>
        <w:rPr>
          <w:sz w:val="48"/>
          <w:szCs w:val="48"/>
        </w:rPr>
      </w:pPr>
      <w:r>
        <w:rPr>
          <w:sz w:val="48"/>
          <w:szCs w:val="48"/>
        </w:rPr>
        <w:t>toʻgarak joʻrnali,</w:t>
      </w:r>
    </w:p>
    <w:p w:rsidR="0082365F" w:rsidRDefault="0082365F" w:rsidP="0082365F">
      <w:pPr>
        <w:pStyle w:val="ae"/>
        <w:numPr>
          <w:ilvl w:val="0"/>
          <w:numId w:val="10"/>
        </w:numPr>
        <w:spacing w:after="0" w:line="240" w:lineRule="auto"/>
        <w:ind w:left="0" w:firstLine="0"/>
        <w:rPr>
          <w:sz w:val="48"/>
          <w:szCs w:val="48"/>
        </w:rPr>
      </w:pPr>
      <w:r>
        <w:rPr>
          <w:sz w:val="48"/>
          <w:szCs w:val="48"/>
        </w:rPr>
        <w:t>metodbirlashma va boshqa turdagi hujjatlarni yuklab olishingiz mumkin.</w:t>
      </w:r>
    </w:p>
    <w:p w:rsidR="0082365F" w:rsidRDefault="0082365F" w:rsidP="0082365F">
      <w:pPr>
        <w:spacing w:after="0"/>
        <w:jc w:val="center"/>
        <w:rPr>
          <w:sz w:val="48"/>
          <w:szCs w:val="48"/>
        </w:rPr>
      </w:pPr>
    </w:p>
    <w:p w:rsidR="0082365F" w:rsidRDefault="0082365F" w:rsidP="0082365F">
      <w:pPr>
        <w:spacing w:after="0"/>
        <w:jc w:val="center"/>
        <w:rPr>
          <w:b/>
          <w:color w:val="FF0000"/>
          <w:sz w:val="48"/>
          <w:szCs w:val="48"/>
        </w:rPr>
      </w:pPr>
      <w:r>
        <w:rPr>
          <w:b/>
          <w:color w:val="FF0000"/>
          <w:sz w:val="48"/>
          <w:szCs w:val="48"/>
        </w:rPr>
        <w:t>Ma’lumot uchun telefonlar:</w:t>
      </w:r>
    </w:p>
    <w:p w:rsidR="0082365F" w:rsidRDefault="0082365F" w:rsidP="0082365F">
      <w:pPr>
        <w:spacing w:after="0"/>
        <w:jc w:val="center"/>
        <w:rPr>
          <w:sz w:val="48"/>
          <w:szCs w:val="48"/>
        </w:rPr>
      </w:pPr>
      <w:r>
        <w:rPr>
          <w:sz w:val="48"/>
          <w:szCs w:val="48"/>
        </w:rPr>
        <w:t>+998905306866, +998913977737</w:t>
      </w:r>
    </w:p>
    <w:p w:rsidR="0082365F" w:rsidRDefault="0082365F" w:rsidP="0082365F">
      <w:pPr>
        <w:spacing w:after="0"/>
        <w:jc w:val="center"/>
        <w:rPr>
          <w:sz w:val="48"/>
          <w:szCs w:val="48"/>
        </w:rPr>
      </w:pPr>
    </w:p>
    <w:p w:rsidR="0082365F" w:rsidRDefault="0082365F" w:rsidP="0082365F">
      <w:pPr>
        <w:spacing w:after="0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Yoki telegram orqali yozishingiz mumkin:</w:t>
      </w:r>
    </w:p>
    <w:p w:rsidR="0082365F" w:rsidRDefault="0082365F" w:rsidP="0082365F">
      <w:pPr>
        <w:spacing w:after="0"/>
        <w:jc w:val="center"/>
        <w:rPr>
          <w:sz w:val="48"/>
          <w:szCs w:val="48"/>
        </w:rPr>
      </w:pPr>
    </w:p>
    <w:p w:rsidR="0082365F" w:rsidRDefault="0082365F" w:rsidP="0082365F">
      <w:pPr>
        <w:spacing w:after="0"/>
        <w:jc w:val="center"/>
        <w:rPr>
          <w:sz w:val="48"/>
          <w:szCs w:val="48"/>
          <w:lang w:val="ru-RU"/>
        </w:rPr>
      </w:pPr>
      <w:hyperlink r:id="rId13" w:history="1">
        <w:r>
          <w:rPr>
            <w:rStyle w:val="affa"/>
            <w:b/>
            <w:sz w:val="48"/>
            <w:szCs w:val="48"/>
          </w:rPr>
          <w:t>@nza456</w:t>
        </w:r>
      </w:hyperlink>
      <w:r>
        <w:rPr>
          <w:sz w:val="48"/>
          <w:szCs w:val="48"/>
        </w:rPr>
        <w:t xml:space="preserve"> yoki </w:t>
      </w:r>
      <w:hyperlink r:id="rId14" w:history="1">
        <w:r>
          <w:rPr>
            <w:rStyle w:val="affa"/>
            <w:b/>
            <w:sz w:val="48"/>
            <w:szCs w:val="48"/>
          </w:rPr>
          <w:t>@nza445</w:t>
        </w:r>
      </w:hyperlink>
    </w:p>
    <w:p w:rsidR="0082365F" w:rsidRDefault="0082365F" w:rsidP="0082365F">
      <w:pPr>
        <w:rPr>
          <w:rFonts w:ascii="Arial" w:eastAsia="Arial" w:hAnsi="Arial"/>
          <w:b/>
          <w:color w:val="1D506A"/>
          <w:sz w:val="32"/>
          <w:szCs w:val="32"/>
        </w:rPr>
      </w:pPr>
      <w:r w:rsidRPr="00E93E79">
        <w:rPr>
          <w:rFonts w:ascii="Arial" w:eastAsia="Arial" w:hAnsi="Arial"/>
          <w:b/>
          <w:color w:val="1D506A"/>
          <w:sz w:val="32"/>
          <w:szCs w:val="32"/>
        </w:rPr>
        <w:t xml:space="preserve"> </w:t>
      </w:r>
    </w:p>
    <w:p w:rsidR="0082365F" w:rsidRDefault="0082365F" w:rsidP="0082365F">
      <w:pPr>
        <w:rPr>
          <w:rFonts w:ascii="Arial" w:eastAsia="Arial" w:hAnsi="Arial"/>
          <w:b/>
          <w:color w:val="1D506A"/>
          <w:sz w:val="32"/>
          <w:szCs w:val="32"/>
        </w:rPr>
      </w:pPr>
    </w:p>
    <w:p w:rsidR="0082365F" w:rsidRDefault="0082365F" w:rsidP="0082365F">
      <w:pPr>
        <w:rPr>
          <w:rFonts w:ascii="Arial" w:eastAsia="Arial" w:hAnsi="Arial"/>
          <w:b/>
          <w:color w:val="1D506A"/>
          <w:sz w:val="32"/>
          <w:szCs w:val="32"/>
        </w:rPr>
      </w:pPr>
    </w:p>
    <w:p w:rsidR="0082365F" w:rsidRDefault="0082365F" w:rsidP="0082365F">
      <w:pPr>
        <w:rPr>
          <w:rFonts w:ascii="Arial" w:eastAsia="Arial" w:hAnsi="Arial"/>
          <w:b/>
          <w:color w:val="1D506A"/>
          <w:sz w:val="32"/>
          <w:szCs w:val="32"/>
        </w:rPr>
      </w:pPr>
    </w:p>
    <w:p w:rsidR="0082365F" w:rsidRDefault="0082365F" w:rsidP="0082365F">
      <w:pPr>
        <w:rPr>
          <w:rFonts w:ascii="Arial" w:eastAsia="Arial" w:hAnsi="Arial"/>
          <w:b/>
          <w:color w:val="1D506A"/>
          <w:sz w:val="32"/>
          <w:szCs w:val="32"/>
        </w:rPr>
      </w:pPr>
    </w:p>
    <w:p w:rsidR="0082365F" w:rsidRDefault="0082365F" w:rsidP="0082365F">
      <w:pPr>
        <w:rPr>
          <w:rFonts w:ascii="Arial" w:eastAsia="Arial" w:hAnsi="Arial"/>
          <w:b/>
          <w:color w:val="1D506A"/>
          <w:sz w:val="32"/>
          <w:szCs w:val="32"/>
        </w:rPr>
      </w:pPr>
      <w:bookmarkStart w:id="0" w:name="_GoBack"/>
      <w:bookmarkEnd w:id="0"/>
    </w:p>
    <w:p w:rsidR="0082365F" w:rsidRDefault="0082365F" w:rsidP="0082365F">
      <w:pPr>
        <w:rPr>
          <w:rFonts w:ascii="Arial" w:eastAsia="Arial" w:hAnsi="Arial"/>
          <w:b/>
          <w:color w:val="1D506A"/>
          <w:sz w:val="32"/>
          <w:szCs w:val="32"/>
        </w:rPr>
      </w:pPr>
    </w:p>
    <w:p w:rsidR="0082365F" w:rsidRDefault="0082365F" w:rsidP="0082365F">
      <w:pPr>
        <w:rPr>
          <w:rFonts w:ascii="Arial" w:eastAsia="Arial" w:hAnsi="Arial"/>
          <w:b/>
          <w:color w:val="1D506A"/>
          <w:sz w:val="32"/>
          <w:szCs w:val="32"/>
        </w:rPr>
      </w:pPr>
    </w:p>
    <w:p w:rsidR="00A26D48" w:rsidRPr="00E93E79" w:rsidRDefault="008158D5" w:rsidP="0082365F">
      <w:pPr>
        <w:jc w:val="right"/>
        <w:rPr>
          <w:sz w:val="32"/>
          <w:szCs w:val="32"/>
        </w:rPr>
      </w:pPr>
      <w:r w:rsidRPr="00E93E79">
        <w:rPr>
          <w:rFonts w:ascii="Arial" w:eastAsia="Arial" w:hAnsi="Arial"/>
          <w:b/>
          <w:color w:val="1D506A"/>
          <w:sz w:val="32"/>
          <w:szCs w:val="32"/>
        </w:rPr>
        <w:lastRenderedPageBreak/>
        <w:t>“TASDIQLAYMAN”</w:t>
      </w:r>
    </w:p>
    <w:p w:rsidR="00A26D48" w:rsidRPr="004D5120" w:rsidRDefault="008158D5" w:rsidP="00E93E79">
      <w:pPr>
        <w:jc w:val="right"/>
        <w:rPr>
          <w:color w:val="008080"/>
          <w:sz w:val="32"/>
          <w:szCs w:val="32"/>
        </w:rPr>
      </w:pPr>
      <w:r w:rsidRPr="004D5120">
        <w:rPr>
          <w:color w:val="008080"/>
          <w:sz w:val="32"/>
          <w:szCs w:val="32"/>
        </w:rPr>
        <w:t>Maktab direktori: ____________________</w:t>
      </w:r>
      <w:r w:rsidRPr="004D5120">
        <w:rPr>
          <w:color w:val="008080"/>
          <w:sz w:val="32"/>
          <w:szCs w:val="32"/>
        </w:rPr>
        <w:br/>
        <w:t>“____” ______________ 2026-yil</w:t>
      </w:r>
    </w:p>
    <w:p w:rsidR="00A26D48" w:rsidRPr="00E93E79" w:rsidRDefault="00A26D48" w:rsidP="00E93E79">
      <w:pPr>
        <w:spacing w:after="40"/>
        <w:rPr>
          <w:sz w:val="32"/>
          <w:szCs w:val="32"/>
        </w:rPr>
      </w:pPr>
    </w:p>
    <w:p w:rsidR="00A26D48" w:rsidRPr="00E93E79" w:rsidRDefault="008158D5" w:rsidP="00E93E79">
      <w:pPr>
        <w:jc w:val="center"/>
        <w:rPr>
          <w:sz w:val="32"/>
          <w:szCs w:val="32"/>
        </w:rPr>
      </w:pPr>
      <w:r w:rsidRPr="00E93E79">
        <w:rPr>
          <w:rFonts w:ascii="Arial" w:eastAsia="Arial" w:hAnsi="Arial"/>
          <w:b/>
          <w:color w:val="006A93"/>
          <w:sz w:val="32"/>
          <w:szCs w:val="32"/>
        </w:rPr>
        <w:t>O'ZBEKISTON RESPUBLIKASI</w:t>
      </w:r>
      <w:r w:rsidRPr="00E93E79">
        <w:rPr>
          <w:rFonts w:ascii="Arial" w:eastAsia="Arial" w:hAnsi="Arial"/>
          <w:b/>
          <w:color w:val="006A93"/>
          <w:sz w:val="32"/>
          <w:szCs w:val="32"/>
        </w:rPr>
        <w:br/>
        <w:t>MUSTAQILLIGINING 35 YILLIGIGA BAG'ISHLANGAN</w:t>
      </w:r>
    </w:p>
    <w:p w:rsidR="00A26D48" w:rsidRPr="00E93E79" w:rsidRDefault="00F90CF4" w:rsidP="00E93E79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val="ru-RU" w:eastAsia="ru-RU"/>
        </w:rPr>
        <w:drawing>
          <wp:inline distT="0" distB="0" distL="0" distR="0">
            <wp:extent cx="6191250" cy="19240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6D48" w:rsidRPr="00E93E79" w:rsidRDefault="008158D5" w:rsidP="00E93E79">
      <w:pPr>
        <w:spacing w:before="240"/>
        <w:jc w:val="center"/>
        <w:rPr>
          <w:sz w:val="32"/>
          <w:szCs w:val="32"/>
        </w:rPr>
      </w:pPr>
      <w:r w:rsidRPr="00E93E79">
        <w:rPr>
          <w:rFonts w:ascii="Arial" w:eastAsia="Arial" w:hAnsi="Arial"/>
          <w:b/>
          <w:color w:val="007FA3"/>
          <w:sz w:val="32"/>
          <w:szCs w:val="32"/>
        </w:rPr>
        <w:t>6-SINF UCHUN OCHIQ DARS ISHLANMASI</w:t>
      </w:r>
    </w:p>
    <w:p w:rsidR="00A26D48" w:rsidRPr="00E93E79" w:rsidRDefault="008158D5" w:rsidP="00E93E79">
      <w:pPr>
        <w:jc w:val="center"/>
        <w:rPr>
          <w:sz w:val="32"/>
          <w:szCs w:val="32"/>
        </w:rPr>
      </w:pPr>
      <w:r w:rsidRPr="00E93E79">
        <w:rPr>
          <w:rFonts w:ascii="Arial" w:eastAsia="Arial" w:hAnsi="Arial"/>
          <w:b/>
          <w:color w:val="148F62"/>
          <w:sz w:val="32"/>
          <w:szCs w:val="32"/>
        </w:rPr>
        <w:t>Mavzu: “Mustaqillik - milliy taraqqiyot va farovonlik poydevori”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46"/>
        <w:gridCol w:w="5046"/>
      </w:tblGrid>
      <w:tr w:rsidR="00A26D48" w:rsidRPr="00E93E79">
        <w:trPr>
          <w:cantSplit/>
          <w:jc w:val="center"/>
        </w:trPr>
        <w:tc>
          <w:tcPr>
            <w:tcW w:w="5046" w:type="dxa"/>
            <w:tcBorders>
              <w:top w:val="single" w:sz="5" w:space="0" w:color="A7DCEB"/>
              <w:left w:val="single" w:sz="5" w:space="0" w:color="A7DCEB"/>
              <w:bottom w:val="single" w:sz="5" w:space="0" w:color="A7DCEB"/>
              <w:right w:val="single" w:sz="5" w:space="0" w:color="A7DCEB"/>
            </w:tcBorders>
            <w:shd w:val="clear" w:color="auto" w:fill="E8F7F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A26D48" w:rsidRPr="00E93E79" w:rsidRDefault="008158D5" w:rsidP="00E93E79">
            <w:pPr>
              <w:rPr>
                <w:sz w:val="32"/>
                <w:szCs w:val="32"/>
              </w:rPr>
            </w:pPr>
            <w:r w:rsidRPr="00E93E79">
              <w:rPr>
                <w:rFonts w:ascii="Arial" w:eastAsia="Arial" w:hAnsi="Arial"/>
                <w:b/>
                <w:color w:val="006A93"/>
                <w:sz w:val="32"/>
                <w:szCs w:val="32"/>
              </w:rPr>
              <w:t>Fan / yo‘nalish</w:t>
            </w:r>
          </w:p>
        </w:tc>
        <w:tc>
          <w:tcPr>
            <w:tcW w:w="5046" w:type="dxa"/>
            <w:tcBorders>
              <w:top w:val="single" w:sz="5" w:space="0" w:color="A7DCEB"/>
              <w:left w:val="single" w:sz="5" w:space="0" w:color="A7DCEB"/>
              <w:bottom w:val="single" w:sz="5" w:space="0" w:color="A7DCEB"/>
              <w:right w:val="single" w:sz="5" w:space="0" w:color="A7DCEB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A26D48" w:rsidRPr="00E93E79" w:rsidRDefault="008158D5" w:rsidP="00E93E79">
            <w:pPr>
              <w:rPr>
                <w:sz w:val="32"/>
                <w:szCs w:val="32"/>
              </w:rPr>
            </w:pPr>
            <w:r w:rsidRPr="00E93E79">
              <w:rPr>
                <w:color w:val="222222"/>
                <w:sz w:val="32"/>
                <w:szCs w:val="32"/>
              </w:rPr>
              <w:t>Tarbiya soati (ma’naviy-ma’rifiy dars)</w:t>
            </w:r>
          </w:p>
        </w:tc>
      </w:tr>
      <w:tr w:rsidR="00A26D48" w:rsidRPr="00E93E79">
        <w:trPr>
          <w:cantSplit/>
          <w:jc w:val="center"/>
        </w:trPr>
        <w:tc>
          <w:tcPr>
            <w:tcW w:w="5046" w:type="dxa"/>
            <w:tcBorders>
              <w:top w:val="single" w:sz="5" w:space="0" w:color="A7DCEB"/>
              <w:left w:val="single" w:sz="5" w:space="0" w:color="A7DCEB"/>
              <w:bottom w:val="single" w:sz="5" w:space="0" w:color="A7DCEB"/>
              <w:right w:val="single" w:sz="5" w:space="0" w:color="A7DCEB"/>
            </w:tcBorders>
            <w:shd w:val="clear" w:color="auto" w:fill="F4FBFD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A26D48" w:rsidRPr="00E93E79" w:rsidRDefault="008158D5" w:rsidP="00E93E79">
            <w:pPr>
              <w:rPr>
                <w:sz w:val="32"/>
                <w:szCs w:val="32"/>
              </w:rPr>
            </w:pPr>
            <w:r w:rsidRPr="00E93E79">
              <w:rPr>
                <w:rFonts w:ascii="Arial" w:eastAsia="Arial" w:hAnsi="Arial"/>
                <w:b/>
                <w:color w:val="006A93"/>
                <w:sz w:val="32"/>
                <w:szCs w:val="32"/>
              </w:rPr>
              <w:t>O‘qituvchi</w:t>
            </w:r>
          </w:p>
        </w:tc>
        <w:tc>
          <w:tcPr>
            <w:tcW w:w="5046" w:type="dxa"/>
            <w:tcBorders>
              <w:top w:val="single" w:sz="5" w:space="0" w:color="A7DCEB"/>
              <w:left w:val="single" w:sz="5" w:space="0" w:color="A7DCEB"/>
              <w:bottom w:val="single" w:sz="5" w:space="0" w:color="A7DCEB"/>
              <w:right w:val="single" w:sz="5" w:space="0" w:color="A7DCEB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A26D48" w:rsidRPr="00E93E79" w:rsidRDefault="008158D5" w:rsidP="00E93E79">
            <w:pPr>
              <w:rPr>
                <w:sz w:val="32"/>
                <w:szCs w:val="32"/>
              </w:rPr>
            </w:pPr>
            <w:r w:rsidRPr="00E93E79">
              <w:rPr>
                <w:color w:val="222222"/>
                <w:sz w:val="32"/>
                <w:szCs w:val="32"/>
              </w:rPr>
              <w:t>________________________________________</w:t>
            </w:r>
          </w:p>
        </w:tc>
      </w:tr>
      <w:tr w:rsidR="00A26D48" w:rsidRPr="00E93E79">
        <w:trPr>
          <w:cantSplit/>
          <w:jc w:val="center"/>
        </w:trPr>
        <w:tc>
          <w:tcPr>
            <w:tcW w:w="5046" w:type="dxa"/>
            <w:tcBorders>
              <w:top w:val="single" w:sz="5" w:space="0" w:color="A7DCEB"/>
              <w:left w:val="single" w:sz="5" w:space="0" w:color="A7DCEB"/>
              <w:bottom w:val="single" w:sz="5" w:space="0" w:color="A7DCEB"/>
              <w:right w:val="single" w:sz="5" w:space="0" w:color="A7DCEB"/>
            </w:tcBorders>
            <w:shd w:val="clear" w:color="auto" w:fill="E8F7F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A26D48" w:rsidRPr="00E93E79" w:rsidRDefault="008158D5" w:rsidP="00E93E79">
            <w:pPr>
              <w:rPr>
                <w:sz w:val="32"/>
                <w:szCs w:val="32"/>
              </w:rPr>
            </w:pPr>
            <w:r w:rsidRPr="00E93E79">
              <w:rPr>
                <w:rFonts w:ascii="Arial" w:eastAsia="Arial" w:hAnsi="Arial"/>
                <w:b/>
                <w:color w:val="006A93"/>
                <w:sz w:val="32"/>
                <w:szCs w:val="32"/>
              </w:rPr>
              <w:t>Sinf</w:t>
            </w:r>
          </w:p>
        </w:tc>
        <w:tc>
          <w:tcPr>
            <w:tcW w:w="5046" w:type="dxa"/>
            <w:tcBorders>
              <w:top w:val="single" w:sz="5" w:space="0" w:color="A7DCEB"/>
              <w:left w:val="single" w:sz="5" w:space="0" w:color="A7DCEB"/>
              <w:bottom w:val="single" w:sz="5" w:space="0" w:color="A7DCEB"/>
              <w:right w:val="single" w:sz="5" w:space="0" w:color="A7DCEB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A26D48" w:rsidRPr="00E93E79" w:rsidRDefault="008158D5" w:rsidP="00E93E79">
            <w:pPr>
              <w:rPr>
                <w:sz w:val="32"/>
                <w:szCs w:val="32"/>
              </w:rPr>
            </w:pPr>
            <w:r w:rsidRPr="00E93E79">
              <w:rPr>
                <w:color w:val="222222"/>
                <w:sz w:val="32"/>
                <w:szCs w:val="32"/>
              </w:rPr>
              <w:t>6- “____”</w:t>
            </w:r>
          </w:p>
        </w:tc>
      </w:tr>
      <w:tr w:rsidR="00A26D48" w:rsidRPr="00E93E79">
        <w:trPr>
          <w:cantSplit/>
          <w:jc w:val="center"/>
        </w:trPr>
        <w:tc>
          <w:tcPr>
            <w:tcW w:w="5046" w:type="dxa"/>
            <w:tcBorders>
              <w:top w:val="single" w:sz="5" w:space="0" w:color="A7DCEB"/>
              <w:left w:val="single" w:sz="5" w:space="0" w:color="A7DCEB"/>
              <w:bottom w:val="single" w:sz="5" w:space="0" w:color="A7DCEB"/>
              <w:right w:val="single" w:sz="5" w:space="0" w:color="A7DCEB"/>
            </w:tcBorders>
            <w:shd w:val="clear" w:color="auto" w:fill="F4FBFD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A26D48" w:rsidRPr="00E93E79" w:rsidRDefault="008158D5" w:rsidP="00E93E79">
            <w:pPr>
              <w:rPr>
                <w:sz w:val="32"/>
                <w:szCs w:val="32"/>
              </w:rPr>
            </w:pPr>
            <w:r w:rsidRPr="00E93E79">
              <w:rPr>
                <w:rFonts w:ascii="Arial" w:eastAsia="Arial" w:hAnsi="Arial"/>
                <w:b/>
                <w:color w:val="006A93"/>
                <w:sz w:val="32"/>
                <w:szCs w:val="32"/>
              </w:rPr>
              <w:t>Sana</w:t>
            </w:r>
          </w:p>
        </w:tc>
        <w:tc>
          <w:tcPr>
            <w:tcW w:w="5046" w:type="dxa"/>
            <w:tcBorders>
              <w:top w:val="single" w:sz="5" w:space="0" w:color="A7DCEB"/>
              <w:left w:val="single" w:sz="5" w:space="0" w:color="A7DCEB"/>
              <w:bottom w:val="single" w:sz="5" w:space="0" w:color="A7DCEB"/>
              <w:right w:val="single" w:sz="5" w:space="0" w:color="A7DCEB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A26D48" w:rsidRPr="00E93E79" w:rsidRDefault="008158D5" w:rsidP="00E93E79">
            <w:pPr>
              <w:rPr>
                <w:sz w:val="32"/>
                <w:szCs w:val="32"/>
              </w:rPr>
            </w:pPr>
            <w:r w:rsidRPr="00E93E79">
              <w:rPr>
                <w:color w:val="222222"/>
                <w:sz w:val="32"/>
                <w:szCs w:val="32"/>
              </w:rPr>
              <w:t>“____” ______________ 2026-yil</w:t>
            </w:r>
          </w:p>
        </w:tc>
      </w:tr>
    </w:tbl>
    <w:p w:rsidR="00571D2D" w:rsidRPr="0038364F" w:rsidRDefault="00571D2D" w:rsidP="00571D2D">
      <w:pPr>
        <w:spacing w:line="360" w:lineRule="auto"/>
        <w:rPr>
          <w:color w:val="008080"/>
          <w:sz w:val="32"/>
          <w:szCs w:val="32"/>
        </w:rPr>
      </w:pPr>
      <w:r w:rsidRPr="0038364F">
        <w:rPr>
          <w:b/>
          <w:color w:val="008080"/>
          <w:sz w:val="32"/>
          <w:szCs w:val="32"/>
        </w:rPr>
        <w:t>Dars shiori:</w:t>
      </w:r>
    </w:p>
    <w:p w:rsidR="00571D2D" w:rsidRDefault="00571D2D" w:rsidP="00571D2D">
      <w:pPr>
        <w:jc w:val="center"/>
        <w:rPr>
          <w:color w:val="008080"/>
          <w:sz w:val="32"/>
          <w:szCs w:val="32"/>
        </w:rPr>
      </w:pPr>
      <w:r w:rsidRPr="0038364F">
        <w:rPr>
          <w:color w:val="008080"/>
          <w:sz w:val="32"/>
          <w:szCs w:val="32"/>
        </w:rPr>
        <w:t>“Yagona Vatan, yagona xalq bo‘lib, yangi hayot va kelajak yaratamiz!”</w:t>
      </w:r>
    </w:p>
    <w:p w:rsidR="00571D2D" w:rsidRDefault="00571D2D" w:rsidP="00571D2D">
      <w:pPr>
        <w:jc w:val="center"/>
        <w:rPr>
          <w:color w:val="008080"/>
          <w:sz w:val="32"/>
          <w:szCs w:val="32"/>
        </w:rPr>
      </w:pPr>
    </w:p>
    <w:p w:rsidR="00A26D48" w:rsidRPr="00E93E79" w:rsidRDefault="008158D5" w:rsidP="00571D2D">
      <w:pPr>
        <w:jc w:val="center"/>
        <w:rPr>
          <w:sz w:val="32"/>
          <w:szCs w:val="32"/>
        </w:rPr>
      </w:pPr>
      <w:r w:rsidRPr="00E93E79">
        <w:rPr>
          <w:rFonts w:ascii="Arial" w:eastAsia="Arial" w:hAnsi="Arial"/>
          <w:b/>
          <w:color w:val="006A93"/>
          <w:sz w:val="32"/>
          <w:szCs w:val="32"/>
        </w:rPr>
        <w:t>2026-yil</w:t>
      </w:r>
    </w:p>
    <w:p w:rsidR="00A26D48" w:rsidRPr="00E93E79" w:rsidRDefault="008158D5" w:rsidP="00E93E79">
      <w:pPr>
        <w:rPr>
          <w:sz w:val="32"/>
          <w:szCs w:val="32"/>
        </w:rPr>
      </w:pPr>
      <w:r w:rsidRPr="00E93E79">
        <w:rPr>
          <w:sz w:val="32"/>
          <w:szCs w:val="32"/>
        </w:rP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092"/>
      </w:tblGrid>
      <w:tr w:rsidR="00A26D48" w:rsidRPr="00E93E79">
        <w:trPr>
          <w:cantSplit/>
          <w:jc w:val="center"/>
        </w:trPr>
        <w:tc>
          <w:tcPr>
            <w:tcW w:w="10092" w:type="dxa"/>
            <w:tcBorders>
              <w:top w:val="single" w:sz="6" w:space="0" w:color="008CB4"/>
              <w:left w:val="single" w:sz="6" w:space="0" w:color="008CB4"/>
              <w:bottom w:val="single" w:sz="6" w:space="0" w:color="008CB4"/>
              <w:right w:val="single" w:sz="6" w:space="0" w:color="008CB4"/>
            </w:tcBorders>
            <w:shd w:val="clear" w:color="auto" w:fill="008CB4"/>
            <w:tcMar>
              <w:top w:w="110" w:type="dxa"/>
              <w:left w:w="160" w:type="dxa"/>
              <w:bottom w:w="110" w:type="dxa"/>
              <w:right w:w="160" w:type="dxa"/>
            </w:tcMar>
          </w:tcPr>
          <w:p w:rsidR="00A26D48" w:rsidRPr="00E93E79" w:rsidRDefault="008158D5" w:rsidP="00E93E79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E93E79">
              <w:rPr>
                <w:rFonts w:ascii="Arial" w:eastAsia="Arial" w:hAnsi="Arial"/>
                <w:b/>
                <w:color w:val="FFFFFF"/>
                <w:sz w:val="32"/>
                <w:szCs w:val="32"/>
              </w:rPr>
              <w:lastRenderedPageBreak/>
              <w:t>DARSNING TEXNOLOGIK XARITASI</w:t>
            </w:r>
          </w:p>
        </w:tc>
      </w:tr>
    </w:tbl>
    <w:p w:rsidR="00A26D48" w:rsidRPr="00E93E79" w:rsidRDefault="00A26D48" w:rsidP="00E93E79">
      <w:pPr>
        <w:spacing w:after="0" w:line="360" w:lineRule="auto"/>
        <w:rPr>
          <w:sz w:val="32"/>
          <w:szCs w:val="32"/>
        </w:rPr>
      </w:pPr>
    </w:p>
    <w:p w:rsidR="00A26D48" w:rsidRPr="00E93E79" w:rsidRDefault="008158D5" w:rsidP="00E93E79">
      <w:pPr>
        <w:spacing w:after="100" w:line="360" w:lineRule="auto"/>
        <w:rPr>
          <w:sz w:val="32"/>
          <w:szCs w:val="32"/>
        </w:rPr>
      </w:pPr>
      <w:r w:rsidRPr="00E93E79">
        <w:rPr>
          <w:b/>
          <w:color w:val="007FA3"/>
          <w:sz w:val="32"/>
          <w:szCs w:val="32"/>
        </w:rPr>
        <w:t xml:space="preserve">Dars mavzusi: </w:t>
      </w:r>
      <w:r w:rsidRPr="00E93E79">
        <w:rPr>
          <w:color w:val="222222"/>
          <w:sz w:val="32"/>
          <w:szCs w:val="32"/>
        </w:rPr>
        <w:t>Mustaqillik - milliy taraqqiyot va farovonlik poydevori.</w:t>
      </w:r>
    </w:p>
    <w:p w:rsidR="00A26D48" w:rsidRPr="00E93E79" w:rsidRDefault="008158D5" w:rsidP="00E93E79">
      <w:pPr>
        <w:spacing w:after="100" w:line="360" w:lineRule="auto"/>
        <w:rPr>
          <w:sz w:val="32"/>
          <w:szCs w:val="32"/>
        </w:rPr>
      </w:pPr>
      <w:r w:rsidRPr="00E93E79">
        <w:rPr>
          <w:b/>
          <w:color w:val="007FA3"/>
          <w:sz w:val="32"/>
          <w:szCs w:val="32"/>
        </w:rPr>
        <w:t xml:space="preserve">Dars turi: </w:t>
      </w:r>
      <w:r w:rsidRPr="00E93E79">
        <w:rPr>
          <w:color w:val="222222"/>
          <w:sz w:val="32"/>
          <w:szCs w:val="32"/>
        </w:rPr>
        <w:t>Yangi bilim beruvchi, mustahkamlovchi va ma’naviy-ma’rifiy ochiq dars.</w:t>
      </w:r>
    </w:p>
    <w:p w:rsidR="00A26D48" w:rsidRPr="00E93E79" w:rsidRDefault="008158D5" w:rsidP="00E93E79">
      <w:pPr>
        <w:spacing w:after="100" w:line="360" w:lineRule="auto"/>
        <w:rPr>
          <w:sz w:val="32"/>
          <w:szCs w:val="32"/>
        </w:rPr>
      </w:pPr>
      <w:r w:rsidRPr="00E93E79">
        <w:rPr>
          <w:b/>
          <w:color w:val="007FA3"/>
          <w:sz w:val="32"/>
          <w:szCs w:val="32"/>
        </w:rPr>
        <w:t xml:space="preserve">Dars shakli: </w:t>
      </w:r>
      <w:r w:rsidRPr="00E93E79">
        <w:rPr>
          <w:color w:val="222222"/>
          <w:sz w:val="32"/>
          <w:szCs w:val="32"/>
        </w:rPr>
        <w:t>Suhbat, guruhli ish, taqdimot, tezkor savol-javob va ijodiy topshiriqlar.</w:t>
      </w:r>
    </w:p>
    <w:p w:rsidR="00A26D48" w:rsidRPr="00E93E79" w:rsidRDefault="008158D5" w:rsidP="00E93E79">
      <w:pPr>
        <w:spacing w:after="100" w:line="360" w:lineRule="auto"/>
        <w:rPr>
          <w:sz w:val="32"/>
          <w:szCs w:val="32"/>
        </w:rPr>
      </w:pPr>
      <w:r w:rsidRPr="00E93E79">
        <w:rPr>
          <w:b/>
          <w:color w:val="007FA3"/>
          <w:sz w:val="32"/>
          <w:szCs w:val="32"/>
        </w:rPr>
        <w:t xml:space="preserve">Dars davomiyligi: </w:t>
      </w:r>
      <w:r w:rsidRPr="00E93E79">
        <w:rPr>
          <w:color w:val="222222"/>
          <w:sz w:val="32"/>
          <w:szCs w:val="32"/>
        </w:rPr>
        <w:t>45 daqiqa.</w:t>
      </w:r>
    </w:p>
    <w:p w:rsidR="00A26D48" w:rsidRPr="00E93E79" w:rsidRDefault="008158D5" w:rsidP="00E93E79">
      <w:pPr>
        <w:spacing w:after="100" w:line="360" w:lineRule="auto"/>
        <w:rPr>
          <w:sz w:val="32"/>
          <w:szCs w:val="32"/>
        </w:rPr>
      </w:pPr>
      <w:r w:rsidRPr="00E93E79">
        <w:rPr>
          <w:b/>
          <w:color w:val="007FA3"/>
          <w:sz w:val="32"/>
          <w:szCs w:val="32"/>
        </w:rPr>
        <w:t xml:space="preserve">Dars metodlari: </w:t>
      </w:r>
      <w:r w:rsidRPr="00E93E79">
        <w:rPr>
          <w:color w:val="222222"/>
          <w:sz w:val="32"/>
          <w:szCs w:val="32"/>
        </w:rPr>
        <w:t>“Aqliy hujum”, “Klaster”, “Vatan xaritasi”, “Bir daqiqalik nutq”, “Bilimlar charxi”, refleksiya.</w:t>
      </w:r>
    </w:p>
    <w:p w:rsidR="00A26D48" w:rsidRPr="00E93E79" w:rsidRDefault="008158D5" w:rsidP="00E93E79">
      <w:pPr>
        <w:spacing w:after="100" w:line="360" w:lineRule="auto"/>
        <w:rPr>
          <w:sz w:val="32"/>
          <w:szCs w:val="32"/>
        </w:rPr>
      </w:pPr>
      <w:r w:rsidRPr="00E93E79">
        <w:rPr>
          <w:b/>
          <w:color w:val="007FA3"/>
          <w:sz w:val="32"/>
          <w:szCs w:val="32"/>
        </w:rPr>
        <w:t xml:space="preserve">Jihozlar: </w:t>
      </w:r>
      <w:r w:rsidRPr="00E93E79">
        <w:rPr>
          <w:color w:val="222222"/>
          <w:sz w:val="32"/>
          <w:szCs w:val="32"/>
        </w:rPr>
        <w:t>O‘zbekiston bayrog‘i tasviri, davlat ramzlari kartochkalari, tarqatmalar, markerlar, A3 qog‘ozlar, multimedia taqdimoti, stikerlar.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092"/>
      </w:tblGrid>
      <w:tr w:rsidR="00A26D48" w:rsidRPr="00E93E79">
        <w:trPr>
          <w:cantSplit/>
          <w:jc w:val="center"/>
        </w:trPr>
        <w:tc>
          <w:tcPr>
            <w:tcW w:w="10092" w:type="dxa"/>
            <w:tcBorders>
              <w:top w:val="single" w:sz="6" w:space="0" w:color="16996B"/>
              <w:left w:val="single" w:sz="6" w:space="0" w:color="16996B"/>
              <w:bottom w:val="single" w:sz="6" w:space="0" w:color="16996B"/>
              <w:right w:val="single" w:sz="6" w:space="0" w:color="16996B"/>
            </w:tcBorders>
            <w:shd w:val="clear" w:color="auto" w:fill="16996B"/>
            <w:tcMar>
              <w:top w:w="110" w:type="dxa"/>
              <w:left w:w="160" w:type="dxa"/>
              <w:bottom w:w="110" w:type="dxa"/>
              <w:right w:w="160" w:type="dxa"/>
            </w:tcMar>
          </w:tcPr>
          <w:p w:rsidR="00A26D48" w:rsidRPr="00E93E79" w:rsidRDefault="008158D5" w:rsidP="00E93E79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E93E79">
              <w:rPr>
                <w:rFonts w:ascii="Arial" w:eastAsia="Arial" w:hAnsi="Arial"/>
                <w:b/>
                <w:color w:val="FFFFFF"/>
                <w:sz w:val="32"/>
                <w:szCs w:val="32"/>
              </w:rPr>
              <w:t>DARS MAQSADLARI</w:t>
            </w:r>
          </w:p>
        </w:tc>
      </w:tr>
    </w:tbl>
    <w:p w:rsidR="00A26D48" w:rsidRPr="00E93E79" w:rsidRDefault="00A26D48" w:rsidP="00E93E79">
      <w:pPr>
        <w:spacing w:after="0" w:line="360" w:lineRule="auto"/>
        <w:rPr>
          <w:sz w:val="32"/>
          <w:szCs w:val="32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092"/>
      </w:tblGrid>
      <w:tr w:rsidR="00A26D48" w:rsidRPr="00E93E79">
        <w:trPr>
          <w:cantSplit/>
          <w:jc w:val="center"/>
        </w:trPr>
        <w:tc>
          <w:tcPr>
            <w:tcW w:w="10092" w:type="dxa"/>
            <w:tcBorders>
              <w:top w:val="single" w:sz="10" w:space="0" w:color="16996B"/>
              <w:left w:val="single" w:sz="10" w:space="0" w:color="16996B"/>
              <w:bottom w:val="single" w:sz="10" w:space="0" w:color="16996B"/>
              <w:right w:val="single" w:sz="10" w:space="0" w:color="16996B"/>
            </w:tcBorders>
            <w:shd w:val="clear" w:color="auto" w:fill="ECF9F3"/>
            <w:tcMar>
              <w:top w:w="130" w:type="dxa"/>
              <w:left w:w="160" w:type="dxa"/>
              <w:bottom w:w="130" w:type="dxa"/>
              <w:right w:w="160" w:type="dxa"/>
            </w:tcMar>
          </w:tcPr>
          <w:p w:rsidR="00A26D48" w:rsidRPr="00E93E79" w:rsidRDefault="008158D5" w:rsidP="00E93E79">
            <w:pPr>
              <w:spacing w:after="80" w:line="360" w:lineRule="auto"/>
              <w:rPr>
                <w:sz w:val="32"/>
                <w:szCs w:val="32"/>
              </w:rPr>
            </w:pPr>
            <w:r w:rsidRPr="00E93E79">
              <w:rPr>
                <w:rFonts w:ascii="Arial" w:eastAsia="Arial" w:hAnsi="Arial"/>
                <w:b/>
                <w:color w:val="16996B"/>
                <w:sz w:val="32"/>
                <w:szCs w:val="32"/>
              </w:rPr>
              <w:t>Ta’limiy maqsad</w:t>
            </w:r>
          </w:p>
          <w:p w:rsidR="00A26D48" w:rsidRPr="00E93E79" w:rsidRDefault="008158D5" w:rsidP="00E93E79">
            <w:pPr>
              <w:spacing w:after="0" w:line="360" w:lineRule="auto"/>
              <w:rPr>
                <w:sz w:val="32"/>
                <w:szCs w:val="32"/>
              </w:rPr>
            </w:pPr>
            <w:r w:rsidRPr="00E93E79">
              <w:rPr>
                <w:color w:val="222222"/>
                <w:sz w:val="32"/>
                <w:szCs w:val="32"/>
              </w:rPr>
              <w:t>O‘quvchilarga O‘zbekiston mustaqilligining tarixiy ahamiyati, 1991-yil 31-avgustdagi muhim voqea, 1-sentabr - Mustaqillik kuni hamda davlat ramzlarining mazmuni haqida yoshiga mos bilim berish.</w:t>
            </w:r>
          </w:p>
        </w:tc>
      </w:tr>
    </w:tbl>
    <w:p w:rsidR="00A26D48" w:rsidRPr="00E93E79" w:rsidRDefault="00A26D48" w:rsidP="00E93E79">
      <w:pPr>
        <w:spacing w:after="40" w:line="360" w:lineRule="auto"/>
        <w:rPr>
          <w:sz w:val="32"/>
          <w:szCs w:val="32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092"/>
      </w:tblGrid>
      <w:tr w:rsidR="00A26D48" w:rsidRPr="00E93E79">
        <w:trPr>
          <w:cantSplit/>
          <w:jc w:val="center"/>
        </w:trPr>
        <w:tc>
          <w:tcPr>
            <w:tcW w:w="10092" w:type="dxa"/>
            <w:tcBorders>
              <w:top w:val="single" w:sz="10" w:space="0" w:color="D89B18"/>
              <w:left w:val="single" w:sz="10" w:space="0" w:color="D89B18"/>
              <w:bottom w:val="single" w:sz="10" w:space="0" w:color="D89B18"/>
              <w:right w:val="single" w:sz="10" w:space="0" w:color="D89B18"/>
            </w:tcBorders>
            <w:shd w:val="clear" w:color="auto" w:fill="FFF7E8"/>
            <w:tcMar>
              <w:top w:w="130" w:type="dxa"/>
              <w:left w:w="160" w:type="dxa"/>
              <w:bottom w:w="130" w:type="dxa"/>
              <w:right w:w="160" w:type="dxa"/>
            </w:tcMar>
          </w:tcPr>
          <w:p w:rsidR="00A26D48" w:rsidRPr="00E93E79" w:rsidRDefault="008158D5" w:rsidP="00E93E79">
            <w:pPr>
              <w:spacing w:after="80" w:line="360" w:lineRule="auto"/>
              <w:rPr>
                <w:sz w:val="32"/>
                <w:szCs w:val="32"/>
              </w:rPr>
            </w:pPr>
            <w:r w:rsidRPr="00E93E79">
              <w:rPr>
                <w:rFonts w:ascii="Arial" w:eastAsia="Arial" w:hAnsi="Arial"/>
                <w:b/>
                <w:color w:val="D89B18"/>
                <w:sz w:val="32"/>
                <w:szCs w:val="32"/>
              </w:rPr>
              <w:t>Tarbiyaviy maqsad</w:t>
            </w:r>
          </w:p>
          <w:p w:rsidR="00A26D48" w:rsidRPr="00E93E79" w:rsidRDefault="008158D5" w:rsidP="00E93E79">
            <w:pPr>
              <w:spacing w:after="0" w:line="360" w:lineRule="auto"/>
              <w:rPr>
                <w:sz w:val="32"/>
                <w:szCs w:val="32"/>
              </w:rPr>
            </w:pPr>
            <w:r w:rsidRPr="00E93E79">
              <w:rPr>
                <w:color w:val="222222"/>
                <w:sz w:val="32"/>
                <w:szCs w:val="32"/>
              </w:rPr>
              <w:t>O‘quvchilarda Vatanga muhabbat, milliy g‘urur, tinchlik va mustaqillik ne’matini qadrlash, davlat ramzlariga hurmat, yurt taraqqiyotiga daxldorlik tuyg‘usini shakllantirish.</w:t>
            </w:r>
          </w:p>
        </w:tc>
      </w:tr>
    </w:tbl>
    <w:p w:rsidR="00A26D48" w:rsidRPr="00E93E79" w:rsidRDefault="00A26D48" w:rsidP="00E93E79">
      <w:pPr>
        <w:spacing w:after="40" w:line="360" w:lineRule="auto"/>
        <w:rPr>
          <w:sz w:val="32"/>
          <w:szCs w:val="32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092"/>
        <w:gridCol w:w="56"/>
      </w:tblGrid>
      <w:tr w:rsidR="00A26D48" w:rsidRPr="00E93E79">
        <w:trPr>
          <w:gridAfter w:val="1"/>
          <w:wAfter w:w="56" w:type="dxa"/>
          <w:cantSplit/>
          <w:jc w:val="center"/>
        </w:trPr>
        <w:tc>
          <w:tcPr>
            <w:tcW w:w="10092" w:type="dxa"/>
            <w:tcBorders>
              <w:top w:val="single" w:sz="10" w:space="0" w:color="C83A4C"/>
              <w:left w:val="single" w:sz="10" w:space="0" w:color="C83A4C"/>
              <w:bottom w:val="single" w:sz="10" w:space="0" w:color="C83A4C"/>
              <w:right w:val="single" w:sz="10" w:space="0" w:color="C83A4C"/>
            </w:tcBorders>
            <w:shd w:val="clear" w:color="auto" w:fill="FFF0F1"/>
            <w:tcMar>
              <w:top w:w="130" w:type="dxa"/>
              <w:left w:w="160" w:type="dxa"/>
              <w:bottom w:w="130" w:type="dxa"/>
              <w:right w:w="160" w:type="dxa"/>
            </w:tcMar>
          </w:tcPr>
          <w:p w:rsidR="00A26D48" w:rsidRPr="00E93E79" w:rsidRDefault="008158D5" w:rsidP="00E93E79">
            <w:pPr>
              <w:spacing w:after="80" w:line="360" w:lineRule="auto"/>
              <w:rPr>
                <w:sz w:val="32"/>
                <w:szCs w:val="32"/>
              </w:rPr>
            </w:pPr>
            <w:r w:rsidRPr="00E93E79">
              <w:rPr>
                <w:rFonts w:ascii="Arial" w:eastAsia="Arial" w:hAnsi="Arial"/>
                <w:b/>
                <w:color w:val="C83A4C"/>
                <w:sz w:val="32"/>
                <w:szCs w:val="32"/>
              </w:rPr>
              <w:t>Rivojlantiruvchi maqsad</w:t>
            </w:r>
          </w:p>
          <w:p w:rsidR="00A26D48" w:rsidRPr="00E93E79" w:rsidRDefault="008158D5" w:rsidP="00E93E79">
            <w:pPr>
              <w:spacing w:after="0" w:line="360" w:lineRule="auto"/>
              <w:rPr>
                <w:sz w:val="32"/>
                <w:szCs w:val="32"/>
              </w:rPr>
            </w:pPr>
            <w:r w:rsidRPr="00E93E79">
              <w:rPr>
                <w:color w:val="222222"/>
                <w:sz w:val="32"/>
                <w:szCs w:val="32"/>
              </w:rPr>
              <w:t>O‘quvchilarning mustaqil fikrlashi, jamoada ishlashi, dalil keltirishi, tinglash va o‘z fikrini ravon ifodalash ko‘nikmalarini rivojlantirish.</w:t>
            </w:r>
          </w:p>
        </w:tc>
      </w:tr>
      <w:tr w:rsidR="00A26D48" w:rsidRPr="00E93E79">
        <w:trPr>
          <w:cantSplit/>
          <w:jc w:val="center"/>
        </w:trPr>
        <w:tc>
          <w:tcPr>
            <w:tcW w:w="10092" w:type="dxa"/>
            <w:gridSpan w:val="2"/>
            <w:tcBorders>
              <w:top w:val="single" w:sz="6" w:space="0" w:color="6B5AA6"/>
              <w:left w:val="single" w:sz="6" w:space="0" w:color="6B5AA6"/>
              <w:bottom w:val="single" w:sz="6" w:space="0" w:color="6B5AA6"/>
              <w:right w:val="single" w:sz="6" w:space="0" w:color="6B5AA6"/>
            </w:tcBorders>
            <w:shd w:val="clear" w:color="auto" w:fill="6B5AA6"/>
            <w:tcMar>
              <w:top w:w="110" w:type="dxa"/>
              <w:left w:w="160" w:type="dxa"/>
              <w:bottom w:w="110" w:type="dxa"/>
              <w:right w:w="160" w:type="dxa"/>
            </w:tcMar>
          </w:tcPr>
          <w:p w:rsidR="00A26D48" w:rsidRPr="00E93E79" w:rsidRDefault="008158D5" w:rsidP="00E93E79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E93E79">
              <w:rPr>
                <w:rFonts w:ascii="Arial" w:eastAsia="Arial" w:hAnsi="Arial"/>
                <w:b/>
                <w:color w:val="FFFFFF"/>
                <w:sz w:val="32"/>
                <w:szCs w:val="32"/>
              </w:rPr>
              <w:t>SHAKLLANTIRILADIGAN KOMPETENSIYALAR</w:t>
            </w:r>
          </w:p>
        </w:tc>
      </w:tr>
    </w:tbl>
    <w:p w:rsidR="00A26D48" w:rsidRPr="00E93E79" w:rsidRDefault="00A26D48" w:rsidP="00E93E79">
      <w:pPr>
        <w:spacing w:after="0" w:line="360" w:lineRule="auto"/>
        <w:rPr>
          <w:sz w:val="32"/>
          <w:szCs w:val="32"/>
        </w:rPr>
      </w:pPr>
    </w:p>
    <w:p w:rsidR="00A26D48" w:rsidRPr="00E93E79" w:rsidRDefault="008158D5" w:rsidP="00E93E79">
      <w:pPr>
        <w:pStyle w:val="a0"/>
        <w:spacing w:after="60" w:line="360" w:lineRule="auto"/>
        <w:ind w:left="397" w:hanging="198"/>
        <w:rPr>
          <w:sz w:val="32"/>
          <w:szCs w:val="32"/>
        </w:rPr>
      </w:pPr>
      <w:r w:rsidRPr="00E93E79">
        <w:rPr>
          <w:color w:val="222222"/>
          <w:sz w:val="32"/>
          <w:szCs w:val="32"/>
        </w:rPr>
        <w:t>Kommunikativ kompetensiya: mavzu yuzasidan aniq, odobli va mazmunli fikr bildirish.</w:t>
      </w:r>
    </w:p>
    <w:p w:rsidR="00A26D48" w:rsidRPr="00E93E79" w:rsidRDefault="008158D5" w:rsidP="00E93E79">
      <w:pPr>
        <w:pStyle w:val="a0"/>
        <w:spacing w:after="60" w:line="360" w:lineRule="auto"/>
        <w:ind w:left="397" w:hanging="198"/>
        <w:rPr>
          <w:sz w:val="32"/>
          <w:szCs w:val="32"/>
        </w:rPr>
      </w:pPr>
      <w:r w:rsidRPr="00E93E79">
        <w:rPr>
          <w:color w:val="222222"/>
          <w:sz w:val="32"/>
          <w:szCs w:val="32"/>
        </w:rPr>
        <w:t>Ijtimoiy faol fuqarolik kompetensiyasi: Vatan oldidagi burch va mas’uliyatni anglash.</w:t>
      </w:r>
    </w:p>
    <w:p w:rsidR="00A26D48" w:rsidRPr="00E93E79" w:rsidRDefault="008158D5" w:rsidP="00E93E79">
      <w:pPr>
        <w:pStyle w:val="a0"/>
        <w:spacing w:after="60" w:line="360" w:lineRule="auto"/>
        <w:ind w:left="397" w:hanging="198"/>
        <w:rPr>
          <w:sz w:val="32"/>
          <w:szCs w:val="32"/>
        </w:rPr>
      </w:pPr>
      <w:r w:rsidRPr="00E93E79">
        <w:rPr>
          <w:color w:val="222222"/>
          <w:sz w:val="32"/>
          <w:szCs w:val="32"/>
        </w:rPr>
        <w:t>Milliy va umummadaniy kompetensiya: milliy qadriyatlar hamda davlat ramzlariga hurmat bilan munosabatda bo‘lish.</w:t>
      </w:r>
    </w:p>
    <w:p w:rsidR="00A26D48" w:rsidRPr="00E93E79" w:rsidRDefault="008158D5" w:rsidP="00E93E79">
      <w:pPr>
        <w:pStyle w:val="a0"/>
        <w:spacing w:after="60" w:line="360" w:lineRule="auto"/>
        <w:ind w:left="397" w:hanging="198"/>
        <w:rPr>
          <w:sz w:val="32"/>
          <w:szCs w:val="32"/>
        </w:rPr>
      </w:pPr>
      <w:r w:rsidRPr="00E93E79">
        <w:rPr>
          <w:color w:val="222222"/>
          <w:sz w:val="32"/>
          <w:szCs w:val="32"/>
        </w:rPr>
        <w:t>Axborot bilan ishlash kompetensiyasi: tarixiy ma’lumotlarni ajratish, taqqoslash va xulosa chiqarish.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092"/>
        <w:gridCol w:w="56"/>
      </w:tblGrid>
      <w:tr w:rsidR="00A26D48" w:rsidRPr="00E93E79">
        <w:trPr>
          <w:gridAfter w:val="1"/>
          <w:wAfter w:w="56" w:type="dxa"/>
          <w:cantSplit/>
          <w:jc w:val="center"/>
        </w:trPr>
        <w:tc>
          <w:tcPr>
            <w:tcW w:w="10092" w:type="dxa"/>
            <w:tcBorders>
              <w:top w:val="single" w:sz="10" w:space="0" w:color="007FA3"/>
              <w:left w:val="single" w:sz="10" w:space="0" w:color="007FA3"/>
              <w:bottom w:val="single" w:sz="10" w:space="0" w:color="007FA3"/>
              <w:right w:val="single" w:sz="10" w:space="0" w:color="007FA3"/>
            </w:tcBorders>
            <w:shd w:val="clear" w:color="auto" w:fill="EDF7FF"/>
            <w:tcMar>
              <w:top w:w="130" w:type="dxa"/>
              <w:left w:w="160" w:type="dxa"/>
              <w:bottom w:w="130" w:type="dxa"/>
              <w:right w:w="160" w:type="dxa"/>
            </w:tcMar>
          </w:tcPr>
          <w:p w:rsidR="00A26D48" w:rsidRPr="00E93E79" w:rsidRDefault="008158D5" w:rsidP="00E93E79">
            <w:pPr>
              <w:spacing w:after="80" w:line="360" w:lineRule="auto"/>
              <w:rPr>
                <w:sz w:val="32"/>
                <w:szCs w:val="32"/>
              </w:rPr>
            </w:pPr>
            <w:r w:rsidRPr="00E93E79">
              <w:rPr>
                <w:rFonts w:ascii="Arial" w:eastAsia="Arial" w:hAnsi="Arial"/>
                <w:b/>
                <w:color w:val="007FA3"/>
                <w:sz w:val="32"/>
                <w:szCs w:val="32"/>
              </w:rPr>
              <w:t>Kutiladigan natija</w:t>
            </w:r>
          </w:p>
          <w:p w:rsidR="00A26D48" w:rsidRPr="00E93E79" w:rsidRDefault="008158D5" w:rsidP="00E93E79">
            <w:pPr>
              <w:spacing w:after="0" w:line="360" w:lineRule="auto"/>
              <w:rPr>
                <w:sz w:val="32"/>
                <w:szCs w:val="32"/>
              </w:rPr>
            </w:pPr>
            <w:r w:rsidRPr="00E93E79">
              <w:rPr>
                <w:color w:val="222222"/>
                <w:sz w:val="32"/>
                <w:szCs w:val="32"/>
              </w:rPr>
              <w:t>Dars yakunida o‘quvchilar mustaqillik tushunchasini izohlaydi, muhim sanalarni aytadi, davlat ramzlarining ahamiyatini tushuntiradi va yurt ravnaqi uchun o‘zining kichik hissasi nimalardan boshlanihini bayon qiladi.</w:t>
            </w:r>
          </w:p>
        </w:tc>
      </w:tr>
      <w:tr w:rsidR="00A26D48" w:rsidRPr="00E93E79">
        <w:trPr>
          <w:cantSplit/>
          <w:jc w:val="center"/>
        </w:trPr>
        <w:tc>
          <w:tcPr>
            <w:tcW w:w="10092" w:type="dxa"/>
            <w:gridSpan w:val="2"/>
            <w:tcBorders>
              <w:top w:val="single" w:sz="6" w:space="0" w:color="008CB4"/>
              <w:left w:val="single" w:sz="6" w:space="0" w:color="008CB4"/>
              <w:bottom w:val="single" w:sz="6" w:space="0" w:color="008CB4"/>
              <w:right w:val="single" w:sz="6" w:space="0" w:color="008CB4"/>
            </w:tcBorders>
            <w:shd w:val="clear" w:color="auto" w:fill="008CB4"/>
            <w:tcMar>
              <w:top w:w="110" w:type="dxa"/>
              <w:left w:w="160" w:type="dxa"/>
              <w:bottom w:w="110" w:type="dxa"/>
              <w:right w:w="160" w:type="dxa"/>
            </w:tcMar>
          </w:tcPr>
          <w:p w:rsidR="00A26D48" w:rsidRPr="00E93E79" w:rsidRDefault="008158D5" w:rsidP="00E93E79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E93E79">
              <w:rPr>
                <w:rFonts w:ascii="Arial" w:eastAsia="Arial" w:hAnsi="Arial"/>
                <w:b/>
                <w:color w:val="FFFFFF"/>
                <w:sz w:val="32"/>
                <w:szCs w:val="32"/>
              </w:rPr>
              <w:t>DARSNING BORISHI (45 DAQIQA)</w:t>
            </w:r>
          </w:p>
        </w:tc>
      </w:tr>
    </w:tbl>
    <w:p w:rsidR="00A26D48" w:rsidRDefault="00A26D48" w:rsidP="00E93E79">
      <w:pPr>
        <w:spacing w:after="0" w:line="360" w:lineRule="auto"/>
        <w:rPr>
          <w:sz w:val="32"/>
          <w:szCs w:val="32"/>
        </w:rPr>
      </w:pPr>
    </w:p>
    <w:p w:rsidR="00E93E79" w:rsidRDefault="00E93E79" w:rsidP="00E93E79">
      <w:pPr>
        <w:spacing w:after="0" w:line="360" w:lineRule="auto"/>
        <w:rPr>
          <w:sz w:val="32"/>
          <w:szCs w:val="32"/>
        </w:rPr>
      </w:pPr>
    </w:p>
    <w:p w:rsidR="00E93E79" w:rsidRPr="00E93E79" w:rsidRDefault="00E93E79" w:rsidP="00E93E79">
      <w:pPr>
        <w:spacing w:after="0" w:line="360" w:lineRule="auto"/>
        <w:rPr>
          <w:sz w:val="32"/>
          <w:szCs w:val="32"/>
        </w:rPr>
      </w:pPr>
    </w:p>
    <w:tbl>
      <w:tblPr>
        <w:tblW w:w="10490" w:type="dxa"/>
        <w:jc w:val="center"/>
        <w:tblInd w:w="1039" w:type="dxa"/>
        <w:tblLayout w:type="fixed"/>
        <w:tblLook w:val="04A0" w:firstRow="1" w:lastRow="0" w:firstColumn="1" w:lastColumn="0" w:noHBand="0" w:noVBand="1"/>
      </w:tblPr>
      <w:tblGrid>
        <w:gridCol w:w="3364"/>
        <w:gridCol w:w="3364"/>
        <w:gridCol w:w="3762"/>
      </w:tblGrid>
      <w:tr w:rsidR="00A26D48" w:rsidRPr="00E93E79" w:rsidTr="00E93E79">
        <w:trPr>
          <w:cantSplit/>
          <w:jc w:val="center"/>
        </w:trPr>
        <w:tc>
          <w:tcPr>
            <w:tcW w:w="3364" w:type="dxa"/>
            <w:shd w:val="clear" w:color="auto" w:fill="007FA3"/>
            <w:tcMar>
              <w:top w:w="120" w:type="dxa"/>
              <w:left w:w="100" w:type="dxa"/>
              <w:bottom w:w="120" w:type="dxa"/>
              <w:right w:w="100" w:type="dxa"/>
            </w:tcMar>
          </w:tcPr>
          <w:p w:rsidR="00A26D48" w:rsidRPr="00E93E79" w:rsidRDefault="008158D5" w:rsidP="00E93E79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E93E79">
              <w:rPr>
                <w:rFonts w:ascii="Arial" w:eastAsia="Arial" w:hAnsi="Arial"/>
                <w:b/>
                <w:color w:val="FFFFFF"/>
                <w:sz w:val="32"/>
                <w:szCs w:val="32"/>
              </w:rPr>
              <w:t>Bosqich</w:t>
            </w:r>
          </w:p>
        </w:tc>
        <w:tc>
          <w:tcPr>
            <w:tcW w:w="3364" w:type="dxa"/>
            <w:shd w:val="clear" w:color="auto" w:fill="007FA3"/>
            <w:tcMar>
              <w:top w:w="120" w:type="dxa"/>
              <w:left w:w="100" w:type="dxa"/>
              <w:bottom w:w="120" w:type="dxa"/>
              <w:right w:w="100" w:type="dxa"/>
            </w:tcMar>
          </w:tcPr>
          <w:p w:rsidR="00A26D48" w:rsidRPr="00E93E79" w:rsidRDefault="008158D5" w:rsidP="00E93E79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E93E79">
              <w:rPr>
                <w:rFonts w:ascii="Arial" w:eastAsia="Arial" w:hAnsi="Arial"/>
                <w:b/>
                <w:color w:val="FFFFFF"/>
                <w:sz w:val="32"/>
                <w:szCs w:val="32"/>
              </w:rPr>
              <w:t>Vaqt</w:t>
            </w:r>
          </w:p>
        </w:tc>
        <w:tc>
          <w:tcPr>
            <w:tcW w:w="3762" w:type="dxa"/>
            <w:shd w:val="clear" w:color="auto" w:fill="007FA3"/>
            <w:tcMar>
              <w:top w:w="120" w:type="dxa"/>
              <w:left w:w="100" w:type="dxa"/>
              <w:bottom w:w="120" w:type="dxa"/>
              <w:right w:w="100" w:type="dxa"/>
            </w:tcMar>
          </w:tcPr>
          <w:p w:rsidR="00A26D48" w:rsidRPr="00E93E79" w:rsidRDefault="008158D5" w:rsidP="00E93E79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E93E79">
              <w:rPr>
                <w:rFonts w:ascii="Arial" w:eastAsia="Arial" w:hAnsi="Arial"/>
                <w:b/>
                <w:color w:val="FFFFFF"/>
                <w:sz w:val="32"/>
                <w:szCs w:val="32"/>
              </w:rPr>
              <w:t>Mazmun va faoliyat</w:t>
            </w:r>
          </w:p>
        </w:tc>
      </w:tr>
      <w:tr w:rsidR="00A26D48" w:rsidRPr="00E93E79" w:rsidTr="00E93E79">
        <w:trPr>
          <w:cantSplit/>
          <w:jc w:val="center"/>
        </w:trPr>
        <w:tc>
          <w:tcPr>
            <w:tcW w:w="3364" w:type="dxa"/>
            <w:tcBorders>
              <w:top w:val="single" w:sz="5" w:space="0" w:color="A8D7E5"/>
              <w:left w:val="single" w:sz="5" w:space="0" w:color="A8D7E5"/>
              <w:bottom w:val="single" w:sz="5" w:space="0" w:color="A8D7E5"/>
              <w:right w:val="single" w:sz="5" w:space="0" w:color="A8D7E5"/>
            </w:tcBorders>
            <w:shd w:val="clear" w:color="auto" w:fill="F1F9F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26D48" w:rsidRPr="00E93E79" w:rsidRDefault="008158D5" w:rsidP="00E93E79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E93E79">
              <w:rPr>
                <w:b/>
                <w:color w:val="163E52"/>
                <w:sz w:val="32"/>
                <w:szCs w:val="32"/>
              </w:rPr>
              <w:lastRenderedPageBreak/>
              <w:t>I. Tashkiliy qism</w:t>
            </w:r>
          </w:p>
        </w:tc>
        <w:tc>
          <w:tcPr>
            <w:tcW w:w="3364" w:type="dxa"/>
            <w:tcBorders>
              <w:top w:val="single" w:sz="5" w:space="0" w:color="A8D7E5"/>
              <w:left w:val="single" w:sz="5" w:space="0" w:color="A8D7E5"/>
              <w:bottom w:val="single" w:sz="5" w:space="0" w:color="A8D7E5"/>
              <w:right w:val="single" w:sz="5" w:space="0" w:color="A8D7E5"/>
            </w:tcBorders>
            <w:shd w:val="clear" w:color="auto" w:fill="F1F9F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26D48" w:rsidRPr="00E93E79" w:rsidRDefault="008158D5" w:rsidP="00E93E79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E93E79">
              <w:rPr>
                <w:color w:val="222222"/>
                <w:sz w:val="32"/>
                <w:szCs w:val="32"/>
              </w:rPr>
              <w:t>3 daqiqa</w:t>
            </w:r>
          </w:p>
        </w:tc>
        <w:tc>
          <w:tcPr>
            <w:tcW w:w="3762" w:type="dxa"/>
            <w:tcBorders>
              <w:top w:val="single" w:sz="5" w:space="0" w:color="A8D7E5"/>
              <w:left w:val="single" w:sz="5" w:space="0" w:color="A8D7E5"/>
              <w:bottom w:val="single" w:sz="5" w:space="0" w:color="A8D7E5"/>
              <w:right w:val="single" w:sz="5" w:space="0" w:color="A8D7E5"/>
            </w:tcBorders>
            <w:shd w:val="clear" w:color="auto" w:fill="F1F9F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26D48" w:rsidRPr="00E93E79" w:rsidRDefault="008158D5" w:rsidP="00E93E79">
            <w:pPr>
              <w:spacing w:line="360" w:lineRule="auto"/>
              <w:rPr>
                <w:sz w:val="32"/>
                <w:szCs w:val="32"/>
              </w:rPr>
            </w:pPr>
            <w:r w:rsidRPr="00E93E79">
              <w:rPr>
                <w:color w:val="222222"/>
                <w:sz w:val="32"/>
                <w:szCs w:val="32"/>
              </w:rPr>
              <w:t>Salomlashish, davomat, sinf muhitini tayyorlash. “Yurtimga tilak” mashqi.</w:t>
            </w:r>
          </w:p>
        </w:tc>
      </w:tr>
      <w:tr w:rsidR="00A26D48" w:rsidRPr="00E93E79" w:rsidTr="00E93E79">
        <w:trPr>
          <w:cantSplit/>
          <w:jc w:val="center"/>
        </w:trPr>
        <w:tc>
          <w:tcPr>
            <w:tcW w:w="3364" w:type="dxa"/>
            <w:tcBorders>
              <w:top w:val="single" w:sz="5" w:space="0" w:color="A8D7E5"/>
              <w:left w:val="single" w:sz="5" w:space="0" w:color="A8D7E5"/>
              <w:bottom w:val="single" w:sz="5" w:space="0" w:color="A8D7E5"/>
              <w:right w:val="single" w:sz="5" w:space="0" w:color="A8D7E5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26D48" w:rsidRPr="00E93E79" w:rsidRDefault="008158D5" w:rsidP="00E93E79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E93E79">
              <w:rPr>
                <w:b/>
                <w:color w:val="163E52"/>
                <w:sz w:val="32"/>
                <w:szCs w:val="32"/>
              </w:rPr>
              <w:t>II. Motivatsiya</w:t>
            </w:r>
          </w:p>
        </w:tc>
        <w:tc>
          <w:tcPr>
            <w:tcW w:w="3364" w:type="dxa"/>
            <w:tcBorders>
              <w:top w:val="single" w:sz="5" w:space="0" w:color="A8D7E5"/>
              <w:left w:val="single" w:sz="5" w:space="0" w:color="A8D7E5"/>
              <w:bottom w:val="single" w:sz="5" w:space="0" w:color="A8D7E5"/>
              <w:right w:val="single" w:sz="5" w:space="0" w:color="A8D7E5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26D48" w:rsidRPr="00E93E79" w:rsidRDefault="008158D5" w:rsidP="00E93E79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E93E79">
              <w:rPr>
                <w:color w:val="222222"/>
                <w:sz w:val="32"/>
                <w:szCs w:val="32"/>
              </w:rPr>
              <w:t>5 daqiqa</w:t>
            </w:r>
          </w:p>
        </w:tc>
        <w:tc>
          <w:tcPr>
            <w:tcW w:w="3762" w:type="dxa"/>
            <w:tcBorders>
              <w:top w:val="single" w:sz="5" w:space="0" w:color="A8D7E5"/>
              <w:left w:val="single" w:sz="5" w:space="0" w:color="A8D7E5"/>
              <w:bottom w:val="single" w:sz="5" w:space="0" w:color="A8D7E5"/>
              <w:right w:val="single" w:sz="5" w:space="0" w:color="A8D7E5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26D48" w:rsidRPr="00E93E79" w:rsidRDefault="008158D5" w:rsidP="00E93E79">
            <w:pPr>
              <w:spacing w:line="360" w:lineRule="auto"/>
              <w:rPr>
                <w:sz w:val="32"/>
                <w:szCs w:val="32"/>
              </w:rPr>
            </w:pPr>
            <w:r w:rsidRPr="00E93E79">
              <w:rPr>
                <w:color w:val="222222"/>
                <w:sz w:val="32"/>
                <w:szCs w:val="32"/>
              </w:rPr>
              <w:t>Bayroq tasviri asosida muammoli savol: “Mustaqillik bizga nimalar berdi?”</w:t>
            </w:r>
          </w:p>
        </w:tc>
      </w:tr>
      <w:tr w:rsidR="00A26D48" w:rsidRPr="00E93E79" w:rsidTr="00E93E79">
        <w:trPr>
          <w:cantSplit/>
          <w:jc w:val="center"/>
        </w:trPr>
        <w:tc>
          <w:tcPr>
            <w:tcW w:w="3364" w:type="dxa"/>
            <w:tcBorders>
              <w:top w:val="single" w:sz="5" w:space="0" w:color="A8D7E5"/>
              <w:left w:val="single" w:sz="5" w:space="0" w:color="A8D7E5"/>
              <w:bottom w:val="single" w:sz="5" w:space="0" w:color="A8D7E5"/>
              <w:right w:val="single" w:sz="5" w:space="0" w:color="A8D7E5"/>
            </w:tcBorders>
            <w:shd w:val="clear" w:color="auto" w:fill="F1F9F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26D48" w:rsidRPr="00E93E79" w:rsidRDefault="008158D5" w:rsidP="00E93E79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E93E79">
              <w:rPr>
                <w:b/>
                <w:color w:val="163E52"/>
                <w:sz w:val="32"/>
                <w:szCs w:val="32"/>
              </w:rPr>
              <w:t>III. Faollashtirish</w:t>
            </w:r>
          </w:p>
        </w:tc>
        <w:tc>
          <w:tcPr>
            <w:tcW w:w="3364" w:type="dxa"/>
            <w:tcBorders>
              <w:top w:val="single" w:sz="5" w:space="0" w:color="A8D7E5"/>
              <w:left w:val="single" w:sz="5" w:space="0" w:color="A8D7E5"/>
              <w:bottom w:val="single" w:sz="5" w:space="0" w:color="A8D7E5"/>
              <w:right w:val="single" w:sz="5" w:space="0" w:color="A8D7E5"/>
            </w:tcBorders>
            <w:shd w:val="clear" w:color="auto" w:fill="F1F9F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26D48" w:rsidRPr="00E93E79" w:rsidRDefault="008158D5" w:rsidP="00E93E79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E93E79">
              <w:rPr>
                <w:color w:val="222222"/>
                <w:sz w:val="32"/>
                <w:szCs w:val="32"/>
              </w:rPr>
              <w:t>5 daqiqa</w:t>
            </w:r>
          </w:p>
        </w:tc>
        <w:tc>
          <w:tcPr>
            <w:tcW w:w="3762" w:type="dxa"/>
            <w:tcBorders>
              <w:top w:val="single" w:sz="5" w:space="0" w:color="A8D7E5"/>
              <w:left w:val="single" w:sz="5" w:space="0" w:color="A8D7E5"/>
              <w:bottom w:val="single" w:sz="5" w:space="0" w:color="A8D7E5"/>
              <w:right w:val="single" w:sz="5" w:space="0" w:color="A8D7E5"/>
            </w:tcBorders>
            <w:shd w:val="clear" w:color="auto" w:fill="F1F9F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26D48" w:rsidRPr="00E93E79" w:rsidRDefault="008158D5" w:rsidP="00E93E79">
            <w:pPr>
              <w:spacing w:line="360" w:lineRule="auto"/>
              <w:rPr>
                <w:sz w:val="32"/>
                <w:szCs w:val="32"/>
              </w:rPr>
            </w:pPr>
            <w:r w:rsidRPr="00E93E79">
              <w:rPr>
                <w:color w:val="222222"/>
                <w:sz w:val="32"/>
                <w:szCs w:val="32"/>
              </w:rPr>
              <w:t>“Aqliy hujum”: Vatan, ozodlik, tinchlik, ramzlar, taraqqiyot tushunchalari.</w:t>
            </w:r>
          </w:p>
        </w:tc>
      </w:tr>
      <w:tr w:rsidR="00A26D48" w:rsidRPr="00E93E79" w:rsidTr="00E93E79">
        <w:trPr>
          <w:cantSplit/>
          <w:jc w:val="center"/>
        </w:trPr>
        <w:tc>
          <w:tcPr>
            <w:tcW w:w="3364" w:type="dxa"/>
            <w:tcBorders>
              <w:top w:val="single" w:sz="5" w:space="0" w:color="A8D7E5"/>
              <w:left w:val="single" w:sz="5" w:space="0" w:color="A8D7E5"/>
              <w:bottom w:val="single" w:sz="5" w:space="0" w:color="A8D7E5"/>
              <w:right w:val="single" w:sz="5" w:space="0" w:color="A8D7E5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26D48" w:rsidRPr="00E93E79" w:rsidRDefault="008158D5" w:rsidP="00E93E79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E93E79">
              <w:rPr>
                <w:b/>
                <w:color w:val="163E52"/>
                <w:sz w:val="32"/>
                <w:szCs w:val="32"/>
              </w:rPr>
              <w:t>IV. Yangi mavzu bayoni</w:t>
            </w:r>
          </w:p>
        </w:tc>
        <w:tc>
          <w:tcPr>
            <w:tcW w:w="3364" w:type="dxa"/>
            <w:tcBorders>
              <w:top w:val="single" w:sz="5" w:space="0" w:color="A8D7E5"/>
              <w:left w:val="single" w:sz="5" w:space="0" w:color="A8D7E5"/>
              <w:bottom w:val="single" w:sz="5" w:space="0" w:color="A8D7E5"/>
              <w:right w:val="single" w:sz="5" w:space="0" w:color="A8D7E5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26D48" w:rsidRPr="00E93E79" w:rsidRDefault="008158D5" w:rsidP="00E93E79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E93E79">
              <w:rPr>
                <w:color w:val="222222"/>
                <w:sz w:val="32"/>
                <w:szCs w:val="32"/>
              </w:rPr>
              <w:t>10 daqiqa</w:t>
            </w:r>
          </w:p>
        </w:tc>
        <w:tc>
          <w:tcPr>
            <w:tcW w:w="3762" w:type="dxa"/>
            <w:tcBorders>
              <w:top w:val="single" w:sz="5" w:space="0" w:color="A8D7E5"/>
              <w:left w:val="single" w:sz="5" w:space="0" w:color="A8D7E5"/>
              <w:bottom w:val="single" w:sz="5" w:space="0" w:color="A8D7E5"/>
              <w:right w:val="single" w:sz="5" w:space="0" w:color="A8D7E5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26D48" w:rsidRPr="00E93E79" w:rsidRDefault="008158D5" w:rsidP="00E93E79">
            <w:pPr>
              <w:spacing w:line="360" w:lineRule="auto"/>
              <w:rPr>
                <w:sz w:val="32"/>
                <w:szCs w:val="32"/>
              </w:rPr>
            </w:pPr>
            <w:r w:rsidRPr="00E93E79">
              <w:rPr>
                <w:color w:val="222222"/>
                <w:sz w:val="32"/>
                <w:szCs w:val="32"/>
              </w:rPr>
              <w:t>Tarixiy sana va mustaqillikning mazmuni. Davlat ramzlari haqida qisqa izoh.</w:t>
            </w:r>
          </w:p>
        </w:tc>
      </w:tr>
      <w:tr w:rsidR="00A26D48" w:rsidRPr="00E93E79" w:rsidTr="00E93E79">
        <w:trPr>
          <w:cantSplit/>
          <w:jc w:val="center"/>
        </w:trPr>
        <w:tc>
          <w:tcPr>
            <w:tcW w:w="3364" w:type="dxa"/>
            <w:tcBorders>
              <w:top w:val="single" w:sz="5" w:space="0" w:color="A8D7E5"/>
              <w:left w:val="single" w:sz="5" w:space="0" w:color="A8D7E5"/>
              <w:bottom w:val="single" w:sz="5" w:space="0" w:color="A8D7E5"/>
              <w:right w:val="single" w:sz="5" w:space="0" w:color="A8D7E5"/>
            </w:tcBorders>
            <w:shd w:val="clear" w:color="auto" w:fill="F1F9F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26D48" w:rsidRPr="00E93E79" w:rsidRDefault="008158D5" w:rsidP="00E93E79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E93E79">
              <w:rPr>
                <w:b/>
                <w:color w:val="163E52"/>
                <w:sz w:val="32"/>
                <w:szCs w:val="32"/>
              </w:rPr>
              <w:t>V. Guruhlar bilan ish</w:t>
            </w:r>
          </w:p>
        </w:tc>
        <w:tc>
          <w:tcPr>
            <w:tcW w:w="3364" w:type="dxa"/>
            <w:tcBorders>
              <w:top w:val="single" w:sz="5" w:space="0" w:color="A8D7E5"/>
              <w:left w:val="single" w:sz="5" w:space="0" w:color="A8D7E5"/>
              <w:bottom w:val="single" w:sz="5" w:space="0" w:color="A8D7E5"/>
              <w:right w:val="single" w:sz="5" w:space="0" w:color="A8D7E5"/>
            </w:tcBorders>
            <w:shd w:val="clear" w:color="auto" w:fill="F1F9F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26D48" w:rsidRPr="00E93E79" w:rsidRDefault="008158D5" w:rsidP="00E93E79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E93E79">
              <w:rPr>
                <w:color w:val="222222"/>
                <w:sz w:val="32"/>
                <w:szCs w:val="32"/>
              </w:rPr>
              <w:t>12 daqiqa</w:t>
            </w:r>
          </w:p>
        </w:tc>
        <w:tc>
          <w:tcPr>
            <w:tcW w:w="3762" w:type="dxa"/>
            <w:tcBorders>
              <w:top w:val="single" w:sz="5" w:space="0" w:color="A8D7E5"/>
              <w:left w:val="single" w:sz="5" w:space="0" w:color="A8D7E5"/>
              <w:bottom w:val="single" w:sz="5" w:space="0" w:color="A8D7E5"/>
              <w:right w:val="single" w:sz="5" w:space="0" w:color="A8D7E5"/>
            </w:tcBorders>
            <w:shd w:val="clear" w:color="auto" w:fill="F1F9F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26D48" w:rsidRPr="00E93E79" w:rsidRDefault="008158D5" w:rsidP="00E93E79">
            <w:pPr>
              <w:spacing w:line="360" w:lineRule="auto"/>
              <w:rPr>
                <w:sz w:val="32"/>
                <w:szCs w:val="32"/>
              </w:rPr>
            </w:pPr>
            <w:r w:rsidRPr="00E93E79">
              <w:rPr>
                <w:color w:val="222222"/>
                <w:sz w:val="32"/>
                <w:szCs w:val="32"/>
              </w:rPr>
              <w:t>“Tarixchilar”, “Ramzlar bilimdonlari”, “Kelajak bunyodkorlari” topshiriqlari.</w:t>
            </w:r>
          </w:p>
        </w:tc>
      </w:tr>
      <w:tr w:rsidR="00A26D48" w:rsidRPr="00E93E79" w:rsidTr="00E93E79">
        <w:trPr>
          <w:cantSplit/>
          <w:jc w:val="center"/>
        </w:trPr>
        <w:tc>
          <w:tcPr>
            <w:tcW w:w="3364" w:type="dxa"/>
            <w:tcBorders>
              <w:top w:val="single" w:sz="5" w:space="0" w:color="A8D7E5"/>
              <w:left w:val="single" w:sz="5" w:space="0" w:color="A8D7E5"/>
              <w:bottom w:val="single" w:sz="5" w:space="0" w:color="A8D7E5"/>
              <w:right w:val="single" w:sz="5" w:space="0" w:color="A8D7E5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26D48" w:rsidRPr="00E93E79" w:rsidRDefault="008158D5" w:rsidP="00E93E79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E93E79">
              <w:rPr>
                <w:b/>
                <w:color w:val="163E52"/>
                <w:sz w:val="32"/>
                <w:szCs w:val="32"/>
              </w:rPr>
              <w:t>VI. Mustahkamlash</w:t>
            </w:r>
          </w:p>
        </w:tc>
        <w:tc>
          <w:tcPr>
            <w:tcW w:w="3364" w:type="dxa"/>
            <w:tcBorders>
              <w:top w:val="single" w:sz="5" w:space="0" w:color="A8D7E5"/>
              <w:left w:val="single" w:sz="5" w:space="0" w:color="A8D7E5"/>
              <w:bottom w:val="single" w:sz="5" w:space="0" w:color="A8D7E5"/>
              <w:right w:val="single" w:sz="5" w:space="0" w:color="A8D7E5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26D48" w:rsidRPr="00E93E79" w:rsidRDefault="008158D5" w:rsidP="00E93E79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E93E79">
              <w:rPr>
                <w:color w:val="222222"/>
                <w:sz w:val="32"/>
                <w:szCs w:val="32"/>
              </w:rPr>
              <w:t>6 daqiqa</w:t>
            </w:r>
          </w:p>
        </w:tc>
        <w:tc>
          <w:tcPr>
            <w:tcW w:w="3762" w:type="dxa"/>
            <w:tcBorders>
              <w:top w:val="single" w:sz="5" w:space="0" w:color="A8D7E5"/>
              <w:left w:val="single" w:sz="5" w:space="0" w:color="A8D7E5"/>
              <w:bottom w:val="single" w:sz="5" w:space="0" w:color="A8D7E5"/>
              <w:right w:val="single" w:sz="5" w:space="0" w:color="A8D7E5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26D48" w:rsidRPr="00E93E79" w:rsidRDefault="008158D5" w:rsidP="00E93E79">
            <w:pPr>
              <w:spacing w:line="360" w:lineRule="auto"/>
              <w:rPr>
                <w:sz w:val="32"/>
                <w:szCs w:val="32"/>
              </w:rPr>
            </w:pPr>
            <w:r w:rsidRPr="00E93E79">
              <w:rPr>
                <w:color w:val="222222"/>
                <w:sz w:val="32"/>
                <w:szCs w:val="32"/>
              </w:rPr>
              <w:t>Tezkor test, “Bir daqiqalik nutq” va xulosa.</w:t>
            </w:r>
          </w:p>
        </w:tc>
      </w:tr>
      <w:tr w:rsidR="00A26D48" w:rsidRPr="00E93E79" w:rsidTr="00E93E79">
        <w:trPr>
          <w:cantSplit/>
          <w:jc w:val="center"/>
        </w:trPr>
        <w:tc>
          <w:tcPr>
            <w:tcW w:w="3364" w:type="dxa"/>
            <w:tcBorders>
              <w:top w:val="single" w:sz="5" w:space="0" w:color="A8D7E5"/>
              <w:left w:val="single" w:sz="5" w:space="0" w:color="A8D7E5"/>
              <w:bottom w:val="single" w:sz="5" w:space="0" w:color="A8D7E5"/>
              <w:right w:val="single" w:sz="5" w:space="0" w:color="A8D7E5"/>
            </w:tcBorders>
            <w:shd w:val="clear" w:color="auto" w:fill="F1F9F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26D48" w:rsidRPr="00E93E79" w:rsidRDefault="008158D5" w:rsidP="00E93E79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E93E79">
              <w:rPr>
                <w:b/>
                <w:color w:val="163E52"/>
                <w:sz w:val="32"/>
                <w:szCs w:val="32"/>
              </w:rPr>
              <w:lastRenderedPageBreak/>
              <w:t>VII. Baholash va refleksiya</w:t>
            </w:r>
          </w:p>
        </w:tc>
        <w:tc>
          <w:tcPr>
            <w:tcW w:w="3364" w:type="dxa"/>
            <w:tcBorders>
              <w:top w:val="single" w:sz="5" w:space="0" w:color="A8D7E5"/>
              <w:left w:val="single" w:sz="5" w:space="0" w:color="A8D7E5"/>
              <w:bottom w:val="single" w:sz="5" w:space="0" w:color="A8D7E5"/>
              <w:right w:val="single" w:sz="5" w:space="0" w:color="A8D7E5"/>
            </w:tcBorders>
            <w:shd w:val="clear" w:color="auto" w:fill="F1F9F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26D48" w:rsidRPr="00E93E79" w:rsidRDefault="008158D5" w:rsidP="00E93E79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E93E79">
              <w:rPr>
                <w:color w:val="222222"/>
                <w:sz w:val="32"/>
                <w:szCs w:val="32"/>
              </w:rPr>
              <w:t>3 daqiqa</w:t>
            </w:r>
          </w:p>
        </w:tc>
        <w:tc>
          <w:tcPr>
            <w:tcW w:w="3762" w:type="dxa"/>
            <w:tcBorders>
              <w:top w:val="single" w:sz="5" w:space="0" w:color="A8D7E5"/>
              <w:left w:val="single" w:sz="5" w:space="0" w:color="A8D7E5"/>
              <w:bottom w:val="single" w:sz="5" w:space="0" w:color="A8D7E5"/>
              <w:right w:val="single" w:sz="5" w:space="0" w:color="A8D7E5"/>
            </w:tcBorders>
            <w:shd w:val="clear" w:color="auto" w:fill="F1F9F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26D48" w:rsidRPr="00E93E79" w:rsidRDefault="008158D5" w:rsidP="00E93E79">
            <w:pPr>
              <w:spacing w:line="360" w:lineRule="auto"/>
              <w:rPr>
                <w:sz w:val="32"/>
                <w:szCs w:val="32"/>
              </w:rPr>
            </w:pPr>
            <w:r w:rsidRPr="00E93E79">
              <w:rPr>
                <w:color w:val="222222"/>
                <w:sz w:val="32"/>
                <w:szCs w:val="32"/>
              </w:rPr>
              <w:t>Mezon asosida baholash, “Men angladim...” stikerlari.</w:t>
            </w:r>
          </w:p>
        </w:tc>
      </w:tr>
      <w:tr w:rsidR="00A26D48" w:rsidRPr="00E93E79" w:rsidTr="00E93E79">
        <w:trPr>
          <w:cantSplit/>
          <w:jc w:val="center"/>
        </w:trPr>
        <w:tc>
          <w:tcPr>
            <w:tcW w:w="3364" w:type="dxa"/>
            <w:tcBorders>
              <w:top w:val="single" w:sz="5" w:space="0" w:color="A8D7E5"/>
              <w:left w:val="single" w:sz="5" w:space="0" w:color="A8D7E5"/>
              <w:bottom w:val="single" w:sz="5" w:space="0" w:color="A8D7E5"/>
              <w:right w:val="single" w:sz="5" w:space="0" w:color="A8D7E5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26D48" w:rsidRPr="00E93E79" w:rsidRDefault="008158D5" w:rsidP="00E93E79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E93E79">
              <w:rPr>
                <w:b/>
                <w:color w:val="163E52"/>
                <w:sz w:val="32"/>
                <w:szCs w:val="32"/>
              </w:rPr>
              <w:t>VIII. Uyga vazifa</w:t>
            </w:r>
          </w:p>
        </w:tc>
        <w:tc>
          <w:tcPr>
            <w:tcW w:w="3364" w:type="dxa"/>
            <w:tcBorders>
              <w:top w:val="single" w:sz="5" w:space="0" w:color="A8D7E5"/>
              <w:left w:val="single" w:sz="5" w:space="0" w:color="A8D7E5"/>
              <w:bottom w:val="single" w:sz="5" w:space="0" w:color="A8D7E5"/>
              <w:right w:val="single" w:sz="5" w:space="0" w:color="A8D7E5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26D48" w:rsidRPr="00E93E79" w:rsidRDefault="008158D5" w:rsidP="00E93E79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E93E79">
              <w:rPr>
                <w:color w:val="222222"/>
                <w:sz w:val="32"/>
                <w:szCs w:val="32"/>
              </w:rPr>
              <w:t>1 daqiqa</w:t>
            </w:r>
          </w:p>
        </w:tc>
        <w:tc>
          <w:tcPr>
            <w:tcW w:w="3762" w:type="dxa"/>
            <w:tcBorders>
              <w:top w:val="single" w:sz="5" w:space="0" w:color="A8D7E5"/>
              <w:left w:val="single" w:sz="5" w:space="0" w:color="A8D7E5"/>
              <w:bottom w:val="single" w:sz="5" w:space="0" w:color="A8D7E5"/>
              <w:right w:val="single" w:sz="5" w:space="0" w:color="A8D7E5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26D48" w:rsidRPr="00E93E79" w:rsidRDefault="008158D5" w:rsidP="00E93E79">
            <w:pPr>
              <w:spacing w:line="360" w:lineRule="auto"/>
              <w:rPr>
                <w:sz w:val="32"/>
                <w:szCs w:val="32"/>
              </w:rPr>
            </w:pPr>
            <w:r w:rsidRPr="00E93E79">
              <w:rPr>
                <w:color w:val="222222"/>
                <w:sz w:val="32"/>
                <w:szCs w:val="32"/>
              </w:rPr>
              <w:t>“Men O‘zbekiston farzandiman” mavzusida ijodiy topshiriq.</w:t>
            </w:r>
          </w:p>
        </w:tc>
      </w:tr>
    </w:tbl>
    <w:p w:rsidR="00A26D48" w:rsidRPr="00E93E79" w:rsidRDefault="008158D5" w:rsidP="00E93E79">
      <w:pPr>
        <w:spacing w:before="200" w:after="100" w:line="360" w:lineRule="auto"/>
        <w:rPr>
          <w:sz w:val="32"/>
          <w:szCs w:val="32"/>
        </w:rPr>
      </w:pPr>
      <w:r w:rsidRPr="00E93E79">
        <w:rPr>
          <w:b/>
          <w:color w:val="B92C3A"/>
          <w:sz w:val="32"/>
          <w:szCs w:val="32"/>
        </w:rPr>
        <w:t>O‘qituvchi uchun metodik eslatma:</w:t>
      </w:r>
      <w:r w:rsidRPr="00E93E79">
        <w:rPr>
          <w:color w:val="333333"/>
          <w:sz w:val="32"/>
          <w:szCs w:val="32"/>
        </w:rPr>
        <w:t xml:space="preserve"> tarixiy ma’lumotlarni ortiqcha murakkablashtirmasdan, bolalarning kundalik hayoti bilan bog‘lab tushuntiring. Har bir javobni dalil yoki misol bilan boyitishga undang.</w:t>
      </w:r>
    </w:p>
    <w:p w:rsidR="00A26D48" w:rsidRDefault="00F90CF4" w:rsidP="00E93E79">
      <w:pPr>
        <w:spacing w:line="360" w:lineRule="auto"/>
        <w:jc w:val="center"/>
        <w:rPr>
          <w:noProof/>
          <w:sz w:val="32"/>
          <w:szCs w:val="32"/>
        </w:rPr>
      </w:pPr>
      <w:r>
        <w:rPr>
          <w:noProof/>
          <w:sz w:val="32"/>
          <w:szCs w:val="32"/>
          <w:lang w:val="ru-RU" w:eastAsia="ru-RU"/>
        </w:rPr>
        <w:drawing>
          <wp:inline distT="0" distB="0" distL="0" distR="0">
            <wp:extent cx="6153150" cy="31527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1E5C" w:rsidRDefault="00691E5C" w:rsidP="00E93E79">
      <w:pPr>
        <w:spacing w:line="360" w:lineRule="auto"/>
        <w:jc w:val="center"/>
        <w:rPr>
          <w:noProof/>
          <w:sz w:val="32"/>
          <w:szCs w:val="32"/>
        </w:rPr>
      </w:pPr>
    </w:p>
    <w:p w:rsidR="00691E5C" w:rsidRPr="00E93E79" w:rsidRDefault="00691E5C" w:rsidP="00E93E79">
      <w:pPr>
        <w:spacing w:line="360" w:lineRule="auto"/>
        <w:jc w:val="center"/>
        <w:rPr>
          <w:sz w:val="32"/>
          <w:szCs w:val="32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092"/>
      </w:tblGrid>
      <w:tr w:rsidR="00A26D48" w:rsidRPr="00E93E79">
        <w:trPr>
          <w:cantSplit/>
          <w:jc w:val="center"/>
        </w:trPr>
        <w:tc>
          <w:tcPr>
            <w:tcW w:w="10092" w:type="dxa"/>
            <w:tcBorders>
              <w:top w:val="single" w:sz="6" w:space="0" w:color="008CB4"/>
              <w:left w:val="single" w:sz="6" w:space="0" w:color="008CB4"/>
              <w:bottom w:val="single" w:sz="6" w:space="0" w:color="008CB4"/>
              <w:right w:val="single" w:sz="6" w:space="0" w:color="008CB4"/>
            </w:tcBorders>
            <w:shd w:val="clear" w:color="auto" w:fill="008CB4"/>
            <w:tcMar>
              <w:top w:w="110" w:type="dxa"/>
              <w:left w:w="160" w:type="dxa"/>
              <w:bottom w:w="110" w:type="dxa"/>
              <w:right w:w="160" w:type="dxa"/>
            </w:tcMar>
          </w:tcPr>
          <w:p w:rsidR="00A26D48" w:rsidRPr="00E93E79" w:rsidRDefault="008158D5" w:rsidP="00E93E79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E93E79">
              <w:rPr>
                <w:rFonts w:ascii="Arial" w:eastAsia="Arial" w:hAnsi="Arial"/>
                <w:b/>
                <w:color w:val="FFFFFF"/>
                <w:sz w:val="32"/>
                <w:szCs w:val="32"/>
              </w:rPr>
              <w:t>DARS SSENARIYSI VA O‘QITUVCHI NUTQI</w:t>
            </w:r>
          </w:p>
        </w:tc>
      </w:tr>
    </w:tbl>
    <w:p w:rsidR="00A26D48" w:rsidRDefault="00A26D48" w:rsidP="00E93E79">
      <w:pPr>
        <w:spacing w:after="0" w:line="360" w:lineRule="auto"/>
        <w:rPr>
          <w:sz w:val="32"/>
          <w:szCs w:val="32"/>
        </w:rPr>
      </w:pPr>
    </w:p>
    <w:p w:rsidR="00E93E79" w:rsidRDefault="00E93E79" w:rsidP="00E93E79">
      <w:pPr>
        <w:spacing w:after="0" w:line="360" w:lineRule="auto"/>
        <w:rPr>
          <w:sz w:val="32"/>
          <w:szCs w:val="32"/>
        </w:rPr>
      </w:pPr>
    </w:p>
    <w:p w:rsidR="00E93E79" w:rsidRDefault="00E93E79" w:rsidP="00E93E79">
      <w:pPr>
        <w:spacing w:after="0" w:line="360" w:lineRule="auto"/>
        <w:rPr>
          <w:sz w:val="32"/>
          <w:szCs w:val="32"/>
        </w:rPr>
      </w:pPr>
    </w:p>
    <w:p w:rsidR="00E93E79" w:rsidRPr="00E93E79" w:rsidRDefault="00E93E79" w:rsidP="00E93E79">
      <w:pPr>
        <w:spacing w:after="0" w:line="360" w:lineRule="auto"/>
        <w:rPr>
          <w:sz w:val="32"/>
          <w:szCs w:val="32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092"/>
      </w:tblGrid>
      <w:tr w:rsidR="00A26D48" w:rsidRPr="00E93E79">
        <w:trPr>
          <w:cantSplit/>
          <w:jc w:val="center"/>
        </w:trPr>
        <w:tc>
          <w:tcPr>
            <w:tcW w:w="10092" w:type="dxa"/>
            <w:tcBorders>
              <w:top w:val="single" w:sz="6" w:space="0" w:color="16996B"/>
              <w:left w:val="single" w:sz="6" w:space="0" w:color="16996B"/>
              <w:bottom w:val="single" w:sz="6" w:space="0" w:color="16996B"/>
              <w:right w:val="single" w:sz="6" w:space="0" w:color="16996B"/>
            </w:tcBorders>
            <w:shd w:val="clear" w:color="auto" w:fill="16996B"/>
            <w:tcMar>
              <w:top w:w="110" w:type="dxa"/>
              <w:left w:w="160" w:type="dxa"/>
              <w:bottom w:w="110" w:type="dxa"/>
              <w:right w:w="160" w:type="dxa"/>
            </w:tcMar>
          </w:tcPr>
          <w:p w:rsidR="00A26D48" w:rsidRPr="00E93E79" w:rsidRDefault="008158D5" w:rsidP="00E93E79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E93E79">
              <w:rPr>
                <w:rFonts w:ascii="Arial" w:eastAsia="Arial" w:hAnsi="Arial"/>
                <w:b/>
                <w:color w:val="FFFFFF"/>
                <w:sz w:val="32"/>
                <w:szCs w:val="32"/>
              </w:rPr>
              <w:t>1. TASHKILIY QISM VA RUHIY TAYYORGARLIK</w:t>
            </w:r>
          </w:p>
        </w:tc>
      </w:tr>
    </w:tbl>
    <w:p w:rsidR="00A26D48" w:rsidRPr="00E93E79" w:rsidRDefault="00A26D48" w:rsidP="00E93E79">
      <w:pPr>
        <w:spacing w:after="0" w:line="360" w:lineRule="auto"/>
        <w:rPr>
          <w:sz w:val="32"/>
          <w:szCs w:val="32"/>
        </w:rPr>
      </w:pPr>
    </w:p>
    <w:p w:rsidR="00A26D48" w:rsidRPr="00E93E79" w:rsidRDefault="008158D5" w:rsidP="00E93E79">
      <w:pPr>
        <w:spacing w:line="360" w:lineRule="auto"/>
        <w:rPr>
          <w:sz w:val="32"/>
          <w:szCs w:val="32"/>
        </w:rPr>
      </w:pPr>
      <w:r w:rsidRPr="00E93E79">
        <w:rPr>
          <w:b/>
          <w:color w:val="16996B"/>
          <w:sz w:val="32"/>
          <w:szCs w:val="32"/>
        </w:rPr>
        <w:t xml:space="preserve">O‘qituvchi: </w:t>
      </w:r>
      <w:r w:rsidRPr="00E93E79">
        <w:rPr>
          <w:sz w:val="32"/>
          <w:szCs w:val="32"/>
        </w:rPr>
        <w:t>Assalomu alaykum, aziz o‘quvchilar! Bugungi darsimiz Vatanimiz tarixidagi eng ulug‘ va qadrli sana - O‘zbekiston mustaqilligining 35 yilligiga bag‘ishlanadi. Mustaqillik deganda qalbingizda qanday tuyg‘u uyg‘onadi?</w:t>
      </w:r>
    </w:p>
    <w:p w:rsidR="00A26D48" w:rsidRPr="00E93E79" w:rsidRDefault="008158D5" w:rsidP="00E93E79">
      <w:pPr>
        <w:pStyle w:val="a0"/>
        <w:spacing w:after="60" w:line="360" w:lineRule="auto"/>
        <w:ind w:left="397" w:hanging="198"/>
        <w:rPr>
          <w:sz w:val="32"/>
          <w:szCs w:val="32"/>
        </w:rPr>
      </w:pPr>
      <w:r w:rsidRPr="00E93E79">
        <w:rPr>
          <w:color w:val="222222"/>
          <w:sz w:val="32"/>
          <w:szCs w:val="32"/>
        </w:rPr>
        <w:t>“Yurtimga tilak” mashqi: har bir o‘quvchi O‘zbekiston uchun bittadan ezgu tilak aytadi (tinchlik, taraqqiyot, farovonlik, birlik, ilm, do‘stlik).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092"/>
      </w:tblGrid>
      <w:tr w:rsidR="00A26D48" w:rsidRPr="00E93E79">
        <w:trPr>
          <w:cantSplit/>
          <w:jc w:val="center"/>
        </w:trPr>
        <w:tc>
          <w:tcPr>
            <w:tcW w:w="10092" w:type="dxa"/>
            <w:tcBorders>
              <w:top w:val="single" w:sz="6" w:space="0" w:color="D89B18"/>
              <w:left w:val="single" w:sz="6" w:space="0" w:color="D89B18"/>
              <w:bottom w:val="single" w:sz="6" w:space="0" w:color="D89B18"/>
              <w:right w:val="single" w:sz="6" w:space="0" w:color="D89B18"/>
            </w:tcBorders>
            <w:shd w:val="clear" w:color="auto" w:fill="D89B18"/>
            <w:tcMar>
              <w:top w:w="110" w:type="dxa"/>
              <w:left w:w="160" w:type="dxa"/>
              <w:bottom w:w="110" w:type="dxa"/>
              <w:right w:w="160" w:type="dxa"/>
            </w:tcMar>
          </w:tcPr>
          <w:p w:rsidR="00A26D48" w:rsidRPr="00E93E79" w:rsidRDefault="008158D5" w:rsidP="00E93E79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E93E79">
              <w:rPr>
                <w:rFonts w:ascii="Arial" w:eastAsia="Arial" w:hAnsi="Arial"/>
                <w:b/>
                <w:color w:val="FFFFFF"/>
                <w:sz w:val="32"/>
                <w:szCs w:val="32"/>
              </w:rPr>
              <w:t>2. MOTIVATSIYA: MUAMMOLI SAVOL</w:t>
            </w:r>
          </w:p>
        </w:tc>
      </w:tr>
    </w:tbl>
    <w:p w:rsidR="00A26D48" w:rsidRPr="00E93E79" w:rsidRDefault="00A26D48" w:rsidP="00E93E79">
      <w:pPr>
        <w:spacing w:after="0" w:line="360" w:lineRule="auto"/>
        <w:rPr>
          <w:sz w:val="32"/>
          <w:szCs w:val="32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092"/>
      </w:tblGrid>
      <w:tr w:rsidR="00A26D48" w:rsidRPr="00E93E79">
        <w:trPr>
          <w:cantSplit/>
          <w:jc w:val="center"/>
        </w:trPr>
        <w:tc>
          <w:tcPr>
            <w:tcW w:w="10092" w:type="dxa"/>
            <w:tcBorders>
              <w:top w:val="single" w:sz="10" w:space="0" w:color="D89B18"/>
              <w:left w:val="single" w:sz="10" w:space="0" w:color="D89B18"/>
              <w:bottom w:val="single" w:sz="10" w:space="0" w:color="D89B18"/>
              <w:right w:val="single" w:sz="10" w:space="0" w:color="D89B18"/>
            </w:tcBorders>
            <w:shd w:val="clear" w:color="auto" w:fill="FFF7E8"/>
            <w:tcMar>
              <w:top w:w="130" w:type="dxa"/>
              <w:left w:w="160" w:type="dxa"/>
              <w:bottom w:w="130" w:type="dxa"/>
              <w:right w:w="160" w:type="dxa"/>
            </w:tcMar>
          </w:tcPr>
          <w:p w:rsidR="00A26D48" w:rsidRPr="00E93E79" w:rsidRDefault="008158D5" w:rsidP="00E93E79">
            <w:pPr>
              <w:spacing w:after="80" w:line="360" w:lineRule="auto"/>
              <w:rPr>
                <w:sz w:val="32"/>
                <w:szCs w:val="32"/>
              </w:rPr>
            </w:pPr>
            <w:r w:rsidRPr="00E93E79">
              <w:rPr>
                <w:rFonts w:ascii="Arial" w:eastAsia="Arial" w:hAnsi="Arial"/>
                <w:b/>
                <w:color w:val="D89B18"/>
                <w:sz w:val="32"/>
                <w:szCs w:val="32"/>
              </w:rPr>
              <w:t>Savol</w:t>
            </w:r>
          </w:p>
          <w:p w:rsidR="00A26D48" w:rsidRPr="00E93E79" w:rsidRDefault="008158D5" w:rsidP="00E93E79">
            <w:pPr>
              <w:spacing w:after="0" w:line="360" w:lineRule="auto"/>
              <w:rPr>
                <w:sz w:val="32"/>
                <w:szCs w:val="32"/>
              </w:rPr>
            </w:pPr>
            <w:r w:rsidRPr="00E93E79">
              <w:rPr>
                <w:color w:val="222222"/>
                <w:sz w:val="32"/>
                <w:szCs w:val="32"/>
              </w:rPr>
              <w:t>Tasavvur qiling: inson o‘z uyida erkin qaror qabul qila olmasa, uning hayoti qanday bo‘ladi? Davlat mustaqilligi bilan inson erkinligi o‘rtasida qanday bog‘liqlik bor?</w:t>
            </w:r>
          </w:p>
        </w:tc>
      </w:tr>
    </w:tbl>
    <w:p w:rsidR="00A26D48" w:rsidRPr="00E93E79" w:rsidRDefault="008158D5" w:rsidP="00E93E79">
      <w:pPr>
        <w:spacing w:line="360" w:lineRule="auto"/>
        <w:rPr>
          <w:sz w:val="32"/>
          <w:szCs w:val="32"/>
        </w:rPr>
      </w:pPr>
      <w:r w:rsidRPr="00E93E79">
        <w:rPr>
          <w:b/>
          <w:color w:val="9A6900"/>
          <w:sz w:val="32"/>
          <w:szCs w:val="32"/>
        </w:rPr>
        <w:t xml:space="preserve">O‘quvchilarning taxminiy xulosasi: </w:t>
      </w:r>
      <w:r w:rsidRPr="00E93E79">
        <w:rPr>
          <w:sz w:val="32"/>
          <w:szCs w:val="32"/>
        </w:rPr>
        <w:t>mustaqil davlat o‘z taraqqiyot yo‘lini belgilaydi, xalqining manfaatlarini himoya qiladi, tili, madaniyati va qadriyatlarini rivojlantiradi.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092"/>
      </w:tblGrid>
      <w:tr w:rsidR="00A26D48" w:rsidRPr="00E93E79">
        <w:trPr>
          <w:cantSplit/>
          <w:jc w:val="center"/>
        </w:trPr>
        <w:tc>
          <w:tcPr>
            <w:tcW w:w="10092" w:type="dxa"/>
            <w:tcBorders>
              <w:top w:val="single" w:sz="6" w:space="0" w:color="007FA3"/>
              <w:left w:val="single" w:sz="6" w:space="0" w:color="007FA3"/>
              <w:bottom w:val="single" w:sz="6" w:space="0" w:color="007FA3"/>
              <w:right w:val="single" w:sz="6" w:space="0" w:color="007FA3"/>
            </w:tcBorders>
            <w:shd w:val="clear" w:color="auto" w:fill="007FA3"/>
            <w:tcMar>
              <w:top w:w="110" w:type="dxa"/>
              <w:left w:w="160" w:type="dxa"/>
              <w:bottom w:w="110" w:type="dxa"/>
              <w:right w:w="160" w:type="dxa"/>
            </w:tcMar>
          </w:tcPr>
          <w:p w:rsidR="00A26D48" w:rsidRPr="00E93E79" w:rsidRDefault="008158D5" w:rsidP="00E93E79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E93E79">
              <w:rPr>
                <w:rFonts w:ascii="Arial" w:eastAsia="Arial" w:hAnsi="Arial"/>
                <w:b/>
                <w:color w:val="FFFFFF"/>
                <w:sz w:val="32"/>
                <w:szCs w:val="32"/>
              </w:rPr>
              <w:t>3. YANGI MAVZU BAYONI</w:t>
            </w:r>
          </w:p>
        </w:tc>
      </w:tr>
    </w:tbl>
    <w:p w:rsidR="00A26D48" w:rsidRPr="00E93E79" w:rsidRDefault="00A26D48" w:rsidP="00E93E79">
      <w:pPr>
        <w:spacing w:after="0" w:line="360" w:lineRule="auto"/>
        <w:rPr>
          <w:sz w:val="32"/>
          <w:szCs w:val="32"/>
        </w:rPr>
      </w:pPr>
    </w:p>
    <w:p w:rsidR="00A26D48" w:rsidRPr="00E93E79" w:rsidRDefault="008158D5" w:rsidP="00E93E79">
      <w:pPr>
        <w:spacing w:after="100" w:line="360" w:lineRule="auto"/>
        <w:ind w:firstLine="567"/>
        <w:rPr>
          <w:sz w:val="32"/>
          <w:szCs w:val="32"/>
        </w:rPr>
      </w:pPr>
      <w:r w:rsidRPr="00E93E79">
        <w:rPr>
          <w:sz w:val="32"/>
          <w:szCs w:val="32"/>
        </w:rPr>
        <w:lastRenderedPageBreak/>
        <w:t>1991-yil 31-avgust kuni O‘zbekiston Respublikasining davlat mustaqilligi e’lon qilindi. 1-sentabr mamlakatimizda Mustaqillik kuni sifatida nishonlanadi. 2026-yilda ushbu tarixiy voqeaga 35 yil to‘ladi.</w:t>
      </w:r>
    </w:p>
    <w:p w:rsidR="00A26D48" w:rsidRPr="00E93E79" w:rsidRDefault="008158D5" w:rsidP="00E93E79">
      <w:pPr>
        <w:spacing w:after="100" w:line="360" w:lineRule="auto"/>
        <w:ind w:firstLine="567"/>
        <w:rPr>
          <w:sz w:val="32"/>
          <w:szCs w:val="32"/>
        </w:rPr>
      </w:pPr>
      <w:r w:rsidRPr="00E93E79">
        <w:rPr>
          <w:sz w:val="32"/>
          <w:szCs w:val="32"/>
        </w:rPr>
        <w:t>Mustaqillik - faqat bayram emas. U tinch hayot, ona tilimiz va milliy qadriyatlarimizni asrash, kelajagimizni o‘zimiz bunyod etish imkoniyatidir. Mustaqillik har bir fuqarodan bilimli, halol, mas’uliyatli va Vatanga sadoqatli bo‘lishni talab qiladi.</w:t>
      </w:r>
    </w:p>
    <w:p w:rsidR="00A26D48" w:rsidRPr="00E93E79" w:rsidRDefault="008158D5" w:rsidP="00E93E79">
      <w:pPr>
        <w:spacing w:after="100" w:line="360" w:lineRule="auto"/>
        <w:ind w:firstLine="567"/>
        <w:rPr>
          <w:sz w:val="32"/>
          <w:szCs w:val="32"/>
        </w:rPr>
      </w:pPr>
      <w:r w:rsidRPr="00E93E79">
        <w:rPr>
          <w:sz w:val="32"/>
          <w:szCs w:val="32"/>
        </w:rPr>
        <w:t>Davlat ramzlari - bayroq, gerb va madhiyamiz - xalqimizning birligi, orzu-intilishlari va suverenitetini ifodalaydi. Ularni hurmat qilish Vatanga hurmatning muhim ko‘rinishidir.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092"/>
      </w:tblGrid>
      <w:tr w:rsidR="00A26D48" w:rsidRPr="00E93E79">
        <w:trPr>
          <w:cantSplit/>
          <w:jc w:val="center"/>
        </w:trPr>
        <w:tc>
          <w:tcPr>
            <w:tcW w:w="10092" w:type="dxa"/>
            <w:tcBorders>
              <w:top w:val="single" w:sz="6" w:space="0" w:color="6B5AA6"/>
              <w:left w:val="single" w:sz="6" w:space="0" w:color="6B5AA6"/>
              <w:bottom w:val="single" w:sz="6" w:space="0" w:color="6B5AA6"/>
              <w:right w:val="single" w:sz="6" w:space="0" w:color="6B5AA6"/>
            </w:tcBorders>
            <w:shd w:val="clear" w:color="auto" w:fill="6B5AA6"/>
            <w:tcMar>
              <w:top w:w="110" w:type="dxa"/>
              <w:left w:w="160" w:type="dxa"/>
              <w:bottom w:w="110" w:type="dxa"/>
              <w:right w:w="160" w:type="dxa"/>
            </w:tcMar>
          </w:tcPr>
          <w:p w:rsidR="00A26D48" w:rsidRPr="00E93E79" w:rsidRDefault="008158D5" w:rsidP="00E93E79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E93E79">
              <w:rPr>
                <w:rFonts w:ascii="Arial" w:eastAsia="Arial" w:hAnsi="Arial"/>
                <w:b/>
                <w:color w:val="FFFFFF"/>
                <w:sz w:val="32"/>
                <w:szCs w:val="32"/>
              </w:rPr>
              <w:t>4. “BILIMLAR CHARXI” SAVOLLARI</w:t>
            </w:r>
          </w:p>
        </w:tc>
      </w:tr>
    </w:tbl>
    <w:p w:rsidR="00A26D48" w:rsidRPr="00E93E79" w:rsidRDefault="00A26D48" w:rsidP="00E93E79">
      <w:pPr>
        <w:spacing w:after="0" w:line="360" w:lineRule="auto"/>
        <w:rPr>
          <w:sz w:val="32"/>
          <w:szCs w:val="32"/>
        </w:rPr>
      </w:pPr>
    </w:p>
    <w:p w:rsidR="00A26D48" w:rsidRPr="00E93E79" w:rsidRDefault="008158D5" w:rsidP="00E93E79">
      <w:pPr>
        <w:pStyle w:val="a"/>
        <w:spacing w:after="60" w:line="360" w:lineRule="auto"/>
        <w:rPr>
          <w:sz w:val="32"/>
          <w:szCs w:val="32"/>
        </w:rPr>
      </w:pPr>
      <w:r w:rsidRPr="00E93E79">
        <w:rPr>
          <w:sz w:val="32"/>
          <w:szCs w:val="32"/>
        </w:rPr>
        <w:t>O‘zbekiston mustaqilligi qachon e’lon qilingan?</w:t>
      </w:r>
    </w:p>
    <w:p w:rsidR="00A26D48" w:rsidRPr="00E93E79" w:rsidRDefault="008158D5" w:rsidP="00E93E79">
      <w:pPr>
        <w:pStyle w:val="a"/>
        <w:spacing w:after="60" w:line="360" w:lineRule="auto"/>
        <w:rPr>
          <w:sz w:val="32"/>
          <w:szCs w:val="32"/>
        </w:rPr>
      </w:pPr>
      <w:r w:rsidRPr="00E93E79">
        <w:rPr>
          <w:sz w:val="32"/>
          <w:szCs w:val="32"/>
        </w:rPr>
        <w:t>Nima sababdan 1-sentabr bayram sifatida nishonlanadi?</w:t>
      </w:r>
    </w:p>
    <w:p w:rsidR="00A26D48" w:rsidRPr="00E93E79" w:rsidRDefault="008158D5" w:rsidP="00E93E79">
      <w:pPr>
        <w:pStyle w:val="a"/>
        <w:spacing w:after="60" w:line="360" w:lineRule="auto"/>
        <w:rPr>
          <w:sz w:val="32"/>
          <w:szCs w:val="32"/>
        </w:rPr>
      </w:pPr>
      <w:r w:rsidRPr="00E93E79">
        <w:rPr>
          <w:sz w:val="32"/>
          <w:szCs w:val="32"/>
        </w:rPr>
        <w:t>Mustaqillikning yoshlar hayotidagi uchta imkoniyatini ayting.</w:t>
      </w:r>
    </w:p>
    <w:p w:rsidR="00A26D48" w:rsidRPr="00E93E79" w:rsidRDefault="008158D5" w:rsidP="00E93E79">
      <w:pPr>
        <w:pStyle w:val="a"/>
        <w:spacing w:after="60" w:line="360" w:lineRule="auto"/>
        <w:rPr>
          <w:sz w:val="32"/>
          <w:szCs w:val="32"/>
        </w:rPr>
      </w:pPr>
      <w:r w:rsidRPr="00E93E79">
        <w:rPr>
          <w:sz w:val="32"/>
          <w:szCs w:val="32"/>
        </w:rPr>
        <w:t>Davlat ramzlari qaysilar?</w:t>
      </w:r>
    </w:p>
    <w:p w:rsidR="00A26D48" w:rsidRPr="00E93E79" w:rsidRDefault="008158D5" w:rsidP="00E93E79">
      <w:pPr>
        <w:pStyle w:val="a"/>
        <w:spacing w:after="60" w:line="360" w:lineRule="auto"/>
        <w:rPr>
          <w:sz w:val="32"/>
          <w:szCs w:val="32"/>
        </w:rPr>
      </w:pPr>
      <w:r w:rsidRPr="00E93E79">
        <w:rPr>
          <w:sz w:val="32"/>
          <w:szCs w:val="32"/>
        </w:rPr>
        <w:t>Vatan taraqqiyotiga 6-sinf o‘quvchisi qanday hissa qo‘sha oladi?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092"/>
        <w:gridCol w:w="56"/>
      </w:tblGrid>
      <w:tr w:rsidR="00A26D48" w:rsidRPr="00E93E79">
        <w:trPr>
          <w:gridAfter w:val="1"/>
          <w:wAfter w:w="56" w:type="dxa"/>
          <w:cantSplit/>
          <w:jc w:val="center"/>
        </w:trPr>
        <w:tc>
          <w:tcPr>
            <w:tcW w:w="10092" w:type="dxa"/>
            <w:tcBorders>
              <w:top w:val="single" w:sz="10" w:space="0" w:color="16996B"/>
              <w:left w:val="single" w:sz="10" w:space="0" w:color="16996B"/>
              <w:bottom w:val="single" w:sz="10" w:space="0" w:color="16996B"/>
              <w:right w:val="single" w:sz="10" w:space="0" w:color="16996B"/>
            </w:tcBorders>
            <w:shd w:val="clear" w:color="auto" w:fill="ECF9F3"/>
            <w:tcMar>
              <w:top w:w="130" w:type="dxa"/>
              <w:left w:w="160" w:type="dxa"/>
              <w:bottom w:w="130" w:type="dxa"/>
              <w:right w:w="160" w:type="dxa"/>
            </w:tcMar>
          </w:tcPr>
          <w:p w:rsidR="00A26D48" w:rsidRPr="00E93E79" w:rsidRDefault="008158D5" w:rsidP="00E93E79">
            <w:pPr>
              <w:spacing w:after="80" w:line="360" w:lineRule="auto"/>
              <w:rPr>
                <w:sz w:val="32"/>
                <w:szCs w:val="32"/>
              </w:rPr>
            </w:pPr>
            <w:r w:rsidRPr="00E93E79">
              <w:rPr>
                <w:rFonts w:ascii="Arial" w:eastAsia="Arial" w:hAnsi="Arial"/>
                <w:b/>
                <w:color w:val="16996B"/>
                <w:sz w:val="32"/>
                <w:szCs w:val="32"/>
              </w:rPr>
              <w:t>Qisqa xulosa</w:t>
            </w:r>
          </w:p>
          <w:p w:rsidR="00A26D48" w:rsidRPr="00E93E79" w:rsidRDefault="008158D5" w:rsidP="00E93E79">
            <w:pPr>
              <w:spacing w:after="0" w:line="360" w:lineRule="auto"/>
              <w:rPr>
                <w:sz w:val="32"/>
                <w:szCs w:val="32"/>
              </w:rPr>
            </w:pPr>
            <w:r w:rsidRPr="00E93E79">
              <w:rPr>
                <w:color w:val="222222"/>
                <w:sz w:val="32"/>
                <w:szCs w:val="32"/>
              </w:rPr>
              <w:t>Mustaqillikni sevish - uni faqat so‘z bilan madh etish emas, balki yaxshi o‘qish, qonun-qoidalarga rioya qilish, tabiatni asrash, ota-ona va ustozlarni hurmat qilish, yurtga foydali inson bo‘lishdan boshlanadi.</w:t>
            </w:r>
          </w:p>
        </w:tc>
      </w:tr>
      <w:tr w:rsidR="00A26D48" w:rsidRPr="00E93E79">
        <w:trPr>
          <w:cantSplit/>
          <w:jc w:val="center"/>
        </w:trPr>
        <w:tc>
          <w:tcPr>
            <w:tcW w:w="10092" w:type="dxa"/>
            <w:gridSpan w:val="2"/>
            <w:tcBorders>
              <w:top w:val="single" w:sz="6" w:space="0" w:color="008CB4"/>
              <w:left w:val="single" w:sz="6" w:space="0" w:color="008CB4"/>
              <w:bottom w:val="single" w:sz="6" w:space="0" w:color="008CB4"/>
              <w:right w:val="single" w:sz="6" w:space="0" w:color="008CB4"/>
            </w:tcBorders>
            <w:shd w:val="clear" w:color="auto" w:fill="008CB4"/>
            <w:tcMar>
              <w:top w:w="110" w:type="dxa"/>
              <w:left w:w="160" w:type="dxa"/>
              <w:bottom w:w="110" w:type="dxa"/>
              <w:right w:w="160" w:type="dxa"/>
            </w:tcMar>
          </w:tcPr>
          <w:p w:rsidR="00A26D48" w:rsidRPr="00E93E79" w:rsidRDefault="008158D5" w:rsidP="00E93E79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E93E79">
              <w:rPr>
                <w:rFonts w:ascii="Arial" w:eastAsia="Arial" w:hAnsi="Arial"/>
                <w:b/>
                <w:color w:val="FFFFFF"/>
                <w:sz w:val="32"/>
                <w:szCs w:val="32"/>
              </w:rPr>
              <w:t>GURUHLAR BILAN ISHLASH</w:t>
            </w:r>
          </w:p>
        </w:tc>
      </w:tr>
    </w:tbl>
    <w:p w:rsidR="00A26D48" w:rsidRPr="00E93E79" w:rsidRDefault="00A26D48" w:rsidP="00E93E79">
      <w:pPr>
        <w:spacing w:after="0" w:line="360" w:lineRule="auto"/>
        <w:rPr>
          <w:sz w:val="32"/>
          <w:szCs w:val="32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092"/>
      </w:tblGrid>
      <w:tr w:rsidR="00A26D48" w:rsidRPr="00E93E79">
        <w:trPr>
          <w:cantSplit/>
          <w:jc w:val="center"/>
        </w:trPr>
        <w:tc>
          <w:tcPr>
            <w:tcW w:w="10092" w:type="dxa"/>
            <w:tcBorders>
              <w:top w:val="single" w:sz="10" w:space="0" w:color="007FA3"/>
              <w:left w:val="single" w:sz="10" w:space="0" w:color="007FA3"/>
              <w:bottom w:val="single" w:sz="10" w:space="0" w:color="007FA3"/>
              <w:right w:val="single" w:sz="10" w:space="0" w:color="007FA3"/>
            </w:tcBorders>
            <w:shd w:val="clear" w:color="auto" w:fill="EDF7FF"/>
            <w:tcMar>
              <w:top w:w="130" w:type="dxa"/>
              <w:left w:w="160" w:type="dxa"/>
              <w:bottom w:w="130" w:type="dxa"/>
              <w:right w:w="160" w:type="dxa"/>
            </w:tcMar>
          </w:tcPr>
          <w:p w:rsidR="00A26D48" w:rsidRPr="00E93E79" w:rsidRDefault="008158D5" w:rsidP="00E93E79">
            <w:pPr>
              <w:spacing w:after="80" w:line="360" w:lineRule="auto"/>
              <w:rPr>
                <w:sz w:val="32"/>
                <w:szCs w:val="32"/>
              </w:rPr>
            </w:pPr>
            <w:r w:rsidRPr="00E93E79">
              <w:rPr>
                <w:rFonts w:ascii="Arial" w:eastAsia="Arial" w:hAnsi="Arial"/>
                <w:b/>
                <w:color w:val="007FA3"/>
                <w:sz w:val="32"/>
                <w:szCs w:val="32"/>
              </w:rPr>
              <w:lastRenderedPageBreak/>
              <w:t>Guruhlarni tashkil etish</w:t>
            </w:r>
          </w:p>
          <w:p w:rsidR="00A26D48" w:rsidRPr="00E93E79" w:rsidRDefault="008158D5" w:rsidP="00E93E79">
            <w:pPr>
              <w:spacing w:after="0" w:line="360" w:lineRule="auto"/>
              <w:rPr>
                <w:sz w:val="32"/>
                <w:szCs w:val="32"/>
              </w:rPr>
            </w:pPr>
            <w:r w:rsidRPr="00E93E79">
              <w:rPr>
                <w:color w:val="222222"/>
                <w:sz w:val="32"/>
                <w:szCs w:val="32"/>
              </w:rPr>
              <w:t>Sinf 3 guruhga bo‘linadi. Har bir guruhga 7 daqiqa tayyorgarlik va 2 daqiqa taqdimot uchun vaqt beriladi. Guruh a’zolari vazifalarni bo‘lib oladi: kotib, taqdimotchi, vaqt nazoratchisi va g‘oya beruvchilar.</w:t>
            </w:r>
          </w:p>
        </w:tc>
      </w:tr>
      <w:tr w:rsidR="00A26D48" w:rsidRPr="00E93E79">
        <w:trPr>
          <w:cantSplit/>
          <w:jc w:val="center"/>
        </w:trPr>
        <w:tc>
          <w:tcPr>
            <w:tcW w:w="10092" w:type="dxa"/>
            <w:tcBorders>
              <w:top w:val="single" w:sz="10" w:space="0" w:color="007FA3"/>
              <w:left w:val="single" w:sz="10" w:space="0" w:color="007FA3"/>
              <w:bottom w:val="single" w:sz="10" w:space="0" w:color="007FA3"/>
              <w:right w:val="single" w:sz="10" w:space="0" w:color="007FA3"/>
            </w:tcBorders>
            <w:shd w:val="clear" w:color="auto" w:fill="E9F7FC"/>
            <w:tcMar>
              <w:top w:w="130" w:type="dxa"/>
              <w:left w:w="160" w:type="dxa"/>
              <w:bottom w:w="130" w:type="dxa"/>
              <w:right w:w="160" w:type="dxa"/>
            </w:tcMar>
          </w:tcPr>
          <w:p w:rsidR="00A26D48" w:rsidRPr="00E93E79" w:rsidRDefault="008158D5" w:rsidP="00E93E79">
            <w:pPr>
              <w:spacing w:after="80" w:line="360" w:lineRule="auto"/>
              <w:rPr>
                <w:sz w:val="32"/>
                <w:szCs w:val="32"/>
              </w:rPr>
            </w:pPr>
            <w:r w:rsidRPr="00E93E79">
              <w:rPr>
                <w:rFonts w:ascii="Arial" w:eastAsia="Arial" w:hAnsi="Arial"/>
                <w:b/>
                <w:color w:val="007FA3"/>
                <w:sz w:val="32"/>
                <w:szCs w:val="32"/>
              </w:rPr>
              <w:t>1-guruh: “TARIXCHILAR”</w:t>
            </w:r>
          </w:p>
          <w:p w:rsidR="00A26D48" w:rsidRPr="00E93E79" w:rsidRDefault="008158D5" w:rsidP="00E93E79">
            <w:pPr>
              <w:spacing w:after="0" w:line="360" w:lineRule="auto"/>
              <w:rPr>
                <w:sz w:val="32"/>
                <w:szCs w:val="32"/>
              </w:rPr>
            </w:pPr>
            <w:r w:rsidRPr="00E93E79">
              <w:rPr>
                <w:color w:val="222222"/>
                <w:sz w:val="32"/>
                <w:szCs w:val="32"/>
              </w:rPr>
              <w:t>Topshiriq: 1991-yil 31-avgust, 1-sentabr va 2026-yil sanalaridan foydalanib “Mustaqillik yo‘li” nomli uch bosqichli vaqt chizig‘ini tuzing. Har bir sana yoniga uning ahamiyatini bitta aniq gap bilan yozing.</w:t>
            </w:r>
          </w:p>
        </w:tc>
      </w:tr>
    </w:tbl>
    <w:p w:rsidR="00A26D48" w:rsidRPr="00E93E79" w:rsidRDefault="00A26D48" w:rsidP="00E93E79">
      <w:pPr>
        <w:spacing w:after="20" w:line="360" w:lineRule="auto"/>
        <w:rPr>
          <w:sz w:val="32"/>
          <w:szCs w:val="32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092"/>
      </w:tblGrid>
      <w:tr w:rsidR="00A26D48" w:rsidRPr="00E93E79">
        <w:trPr>
          <w:cantSplit/>
          <w:jc w:val="center"/>
        </w:trPr>
        <w:tc>
          <w:tcPr>
            <w:tcW w:w="10092" w:type="dxa"/>
            <w:tcBorders>
              <w:top w:val="single" w:sz="10" w:space="0" w:color="D89B18"/>
              <w:left w:val="single" w:sz="10" w:space="0" w:color="D89B18"/>
              <w:bottom w:val="single" w:sz="10" w:space="0" w:color="D89B18"/>
              <w:right w:val="single" w:sz="10" w:space="0" w:color="D89B18"/>
            </w:tcBorders>
            <w:shd w:val="clear" w:color="auto" w:fill="FFF7E8"/>
            <w:tcMar>
              <w:top w:w="130" w:type="dxa"/>
              <w:left w:w="160" w:type="dxa"/>
              <w:bottom w:w="130" w:type="dxa"/>
              <w:right w:w="160" w:type="dxa"/>
            </w:tcMar>
          </w:tcPr>
          <w:p w:rsidR="00A26D48" w:rsidRPr="00E93E79" w:rsidRDefault="008158D5" w:rsidP="00E93E79">
            <w:pPr>
              <w:spacing w:after="80" w:line="360" w:lineRule="auto"/>
              <w:rPr>
                <w:sz w:val="32"/>
                <w:szCs w:val="32"/>
              </w:rPr>
            </w:pPr>
            <w:r w:rsidRPr="00E93E79">
              <w:rPr>
                <w:rFonts w:ascii="Arial" w:eastAsia="Arial" w:hAnsi="Arial"/>
                <w:b/>
                <w:color w:val="D89B18"/>
                <w:sz w:val="32"/>
                <w:szCs w:val="32"/>
              </w:rPr>
              <w:t>2-guruh: “RAMZLAR BILIMDONLARI”</w:t>
            </w:r>
          </w:p>
          <w:p w:rsidR="00A26D48" w:rsidRPr="00E93E79" w:rsidRDefault="008158D5" w:rsidP="00E93E79">
            <w:pPr>
              <w:spacing w:after="0" w:line="360" w:lineRule="auto"/>
              <w:rPr>
                <w:sz w:val="32"/>
                <w:szCs w:val="32"/>
              </w:rPr>
            </w:pPr>
            <w:r w:rsidRPr="00E93E79">
              <w:rPr>
                <w:color w:val="222222"/>
                <w:sz w:val="32"/>
                <w:szCs w:val="32"/>
              </w:rPr>
              <w:t>Topshiriq: Bayroq, gerb va madhiyani uch ustunda tasvirlang. Har bir ramz nimani anglatishi va unga hurmat qanday namoyon bo‘lishini misollar bilan tushuntiring.</w:t>
            </w:r>
          </w:p>
        </w:tc>
      </w:tr>
    </w:tbl>
    <w:p w:rsidR="00A26D48" w:rsidRPr="00E93E79" w:rsidRDefault="00A26D48" w:rsidP="00E93E79">
      <w:pPr>
        <w:spacing w:after="20" w:line="360" w:lineRule="auto"/>
        <w:rPr>
          <w:sz w:val="32"/>
          <w:szCs w:val="32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092"/>
      </w:tblGrid>
      <w:tr w:rsidR="00A26D48" w:rsidRPr="00E93E79">
        <w:trPr>
          <w:cantSplit/>
          <w:jc w:val="center"/>
        </w:trPr>
        <w:tc>
          <w:tcPr>
            <w:tcW w:w="10092" w:type="dxa"/>
            <w:tcBorders>
              <w:top w:val="single" w:sz="10" w:space="0" w:color="16996B"/>
              <w:left w:val="single" w:sz="10" w:space="0" w:color="16996B"/>
              <w:bottom w:val="single" w:sz="10" w:space="0" w:color="16996B"/>
              <w:right w:val="single" w:sz="10" w:space="0" w:color="16996B"/>
            </w:tcBorders>
            <w:shd w:val="clear" w:color="auto" w:fill="ECF9F3"/>
            <w:tcMar>
              <w:top w:w="130" w:type="dxa"/>
              <w:left w:w="160" w:type="dxa"/>
              <w:bottom w:w="130" w:type="dxa"/>
              <w:right w:w="160" w:type="dxa"/>
            </w:tcMar>
          </w:tcPr>
          <w:p w:rsidR="00A26D48" w:rsidRPr="00E93E79" w:rsidRDefault="008158D5" w:rsidP="00E93E79">
            <w:pPr>
              <w:spacing w:after="80" w:line="360" w:lineRule="auto"/>
              <w:rPr>
                <w:sz w:val="32"/>
                <w:szCs w:val="32"/>
              </w:rPr>
            </w:pPr>
            <w:r w:rsidRPr="00E93E79">
              <w:rPr>
                <w:rFonts w:ascii="Arial" w:eastAsia="Arial" w:hAnsi="Arial"/>
                <w:b/>
                <w:color w:val="16996B"/>
                <w:sz w:val="32"/>
                <w:szCs w:val="32"/>
              </w:rPr>
              <w:t>3-guruh: “KELAJAK BUNYODKORLARI”</w:t>
            </w:r>
          </w:p>
          <w:p w:rsidR="00A26D48" w:rsidRPr="00E93E79" w:rsidRDefault="008158D5" w:rsidP="00E93E79">
            <w:pPr>
              <w:spacing w:after="0" w:line="360" w:lineRule="auto"/>
              <w:rPr>
                <w:sz w:val="32"/>
                <w:szCs w:val="32"/>
              </w:rPr>
            </w:pPr>
            <w:r w:rsidRPr="00E93E79">
              <w:rPr>
                <w:color w:val="222222"/>
                <w:sz w:val="32"/>
                <w:szCs w:val="32"/>
              </w:rPr>
              <w:t>Topshiriq: “Men yurtim ravnaqi uchun...” jumlasini davom ettirib, o‘quvchi bajara oladigan 5 ta amaliy ishni yozing. Eng muhim bittasini asoslab bering.</w:t>
            </w:r>
          </w:p>
        </w:tc>
      </w:tr>
    </w:tbl>
    <w:p w:rsidR="00A26D48" w:rsidRDefault="00A26D48" w:rsidP="00E93E79">
      <w:pPr>
        <w:spacing w:after="20" w:line="360" w:lineRule="auto"/>
        <w:rPr>
          <w:sz w:val="32"/>
          <w:szCs w:val="32"/>
        </w:rPr>
      </w:pPr>
    </w:p>
    <w:p w:rsidR="00691E5C" w:rsidRDefault="00691E5C" w:rsidP="00E93E79">
      <w:pPr>
        <w:spacing w:after="20" w:line="360" w:lineRule="auto"/>
        <w:rPr>
          <w:sz w:val="32"/>
          <w:szCs w:val="32"/>
        </w:rPr>
      </w:pPr>
    </w:p>
    <w:p w:rsidR="00691E5C" w:rsidRPr="00E93E79" w:rsidRDefault="00691E5C" w:rsidP="00E93E79">
      <w:pPr>
        <w:spacing w:after="20" w:line="360" w:lineRule="auto"/>
        <w:rPr>
          <w:sz w:val="32"/>
          <w:szCs w:val="32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092"/>
      </w:tblGrid>
      <w:tr w:rsidR="00A26D48" w:rsidRPr="00E93E79">
        <w:trPr>
          <w:cantSplit/>
          <w:jc w:val="center"/>
        </w:trPr>
        <w:tc>
          <w:tcPr>
            <w:tcW w:w="10092" w:type="dxa"/>
            <w:tcBorders>
              <w:top w:val="single" w:sz="6" w:space="0" w:color="B92C3A"/>
              <w:left w:val="single" w:sz="6" w:space="0" w:color="B92C3A"/>
              <w:bottom w:val="single" w:sz="6" w:space="0" w:color="B92C3A"/>
              <w:right w:val="single" w:sz="6" w:space="0" w:color="B92C3A"/>
            </w:tcBorders>
            <w:shd w:val="clear" w:color="auto" w:fill="B92C3A"/>
            <w:tcMar>
              <w:top w:w="110" w:type="dxa"/>
              <w:left w:w="160" w:type="dxa"/>
              <w:bottom w:w="110" w:type="dxa"/>
              <w:right w:w="160" w:type="dxa"/>
            </w:tcMar>
          </w:tcPr>
          <w:p w:rsidR="00A26D48" w:rsidRPr="00E93E79" w:rsidRDefault="008158D5" w:rsidP="00E93E79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E93E79">
              <w:rPr>
                <w:rFonts w:ascii="Arial" w:eastAsia="Arial" w:hAnsi="Arial"/>
                <w:b/>
                <w:color w:val="FFFFFF"/>
                <w:sz w:val="32"/>
                <w:szCs w:val="32"/>
              </w:rPr>
              <w:t>TEZKOR TEST</w:t>
            </w:r>
          </w:p>
        </w:tc>
      </w:tr>
    </w:tbl>
    <w:p w:rsidR="00A26D48" w:rsidRPr="00E93E79" w:rsidRDefault="00A26D48" w:rsidP="00E93E79">
      <w:pPr>
        <w:spacing w:after="0" w:line="360" w:lineRule="auto"/>
        <w:rPr>
          <w:sz w:val="32"/>
          <w:szCs w:val="32"/>
        </w:rPr>
      </w:pPr>
    </w:p>
    <w:p w:rsidR="00A26D48" w:rsidRPr="00E93E79" w:rsidRDefault="008158D5" w:rsidP="00E93E79">
      <w:pPr>
        <w:spacing w:after="20" w:line="360" w:lineRule="auto"/>
        <w:rPr>
          <w:sz w:val="32"/>
          <w:szCs w:val="32"/>
        </w:rPr>
      </w:pPr>
      <w:r w:rsidRPr="00E93E79">
        <w:rPr>
          <w:b/>
          <w:color w:val="333333"/>
          <w:sz w:val="32"/>
          <w:szCs w:val="32"/>
        </w:rPr>
        <w:t>1. O‘zbekiston mustaqilligi qaysi yilda e’lon qilingan?</w:t>
      </w:r>
    </w:p>
    <w:p w:rsidR="00A26D48" w:rsidRPr="00E93E79" w:rsidRDefault="008158D5" w:rsidP="00E93E79">
      <w:pPr>
        <w:spacing w:after="80" w:line="360" w:lineRule="auto"/>
        <w:ind w:left="340"/>
        <w:rPr>
          <w:sz w:val="32"/>
          <w:szCs w:val="32"/>
        </w:rPr>
      </w:pPr>
      <w:r w:rsidRPr="00E93E79">
        <w:rPr>
          <w:color w:val="444444"/>
          <w:sz w:val="32"/>
          <w:szCs w:val="32"/>
        </w:rPr>
        <w:lastRenderedPageBreak/>
        <w:t>A) 1989   B) 1991   C) 1992</w:t>
      </w:r>
    </w:p>
    <w:p w:rsidR="00A26D48" w:rsidRPr="00E93E79" w:rsidRDefault="008158D5" w:rsidP="00E93E79">
      <w:pPr>
        <w:spacing w:after="20" w:line="360" w:lineRule="auto"/>
        <w:rPr>
          <w:sz w:val="32"/>
          <w:szCs w:val="32"/>
        </w:rPr>
      </w:pPr>
      <w:r w:rsidRPr="00E93E79">
        <w:rPr>
          <w:b/>
          <w:color w:val="333333"/>
          <w:sz w:val="32"/>
          <w:szCs w:val="32"/>
        </w:rPr>
        <w:t>2. Mustaqillik kuni qaysi sanada nishonlanadi?</w:t>
      </w:r>
    </w:p>
    <w:p w:rsidR="00A26D48" w:rsidRPr="00E93E79" w:rsidRDefault="008158D5" w:rsidP="00E93E79">
      <w:pPr>
        <w:spacing w:after="80" w:line="360" w:lineRule="auto"/>
        <w:ind w:left="340"/>
        <w:rPr>
          <w:sz w:val="32"/>
          <w:szCs w:val="32"/>
        </w:rPr>
      </w:pPr>
      <w:r w:rsidRPr="00E93E79">
        <w:rPr>
          <w:color w:val="444444"/>
          <w:sz w:val="32"/>
          <w:szCs w:val="32"/>
        </w:rPr>
        <w:t>A) 31-avgust   B) 1-sentabr   C) 8-dekabr</w:t>
      </w:r>
    </w:p>
    <w:p w:rsidR="00A26D48" w:rsidRPr="00E93E79" w:rsidRDefault="008158D5" w:rsidP="00E93E79">
      <w:pPr>
        <w:spacing w:after="20" w:line="360" w:lineRule="auto"/>
        <w:rPr>
          <w:sz w:val="32"/>
          <w:szCs w:val="32"/>
        </w:rPr>
      </w:pPr>
      <w:r w:rsidRPr="00E93E79">
        <w:rPr>
          <w:b/>
          <w:color w:val="333333"/>
          <w:sz w:val="32"/>
          <w:szCs w:val="32"/>
        </w:rPr>
        <w:t>3. Davlat ramzlari qaysi javobda to‘g‘ri berilgan?</w:t>
      </w:r>
    </w:p>
    <w:p w:rsidR="00A26D48" w:rsidRPr="00E93E79" w:rsidRDefault="008158D5" w:rsidP="00E93E79">
      <w:pPr>
        <w:spacing w:after="80" w:line="360" w:lineRule="auto"/>
        <w:ind w:left="340"/>
        <w:rPr>
          <w:sz w:val="32"/>
          <w:szCs w:val="32"/>
        </w:rPr>
      </w:pPr>
      <w:r w:rsidRPr="00E93E79">
        <w:rPr>
          <w:color w:val="444444"/>
          <w:sz w:val="32"/>
          <w:szCs w:val="32"/>
        </w:rPr>
        <w:t>A) Bayroq, gerb, madhiya   B) Xarita, kitob, maktab   C) Til, shahar, tabiat</w:t>
      </w:r>
    </w:p>
    <w:p w:rsidR="00A26D48" w:rsidRPr="00E93E79" w:rsidRDefault="008158D5" w:rsidP="00E93E79">
      <w:pPr>
        <w:spacing w:after="20" w:line="360" w:lineRule="auto"/>
        <w:rPr>
          <w:sz w:val="32"/>
          <w:szCs w:val="32"/>
        </w:rPr>
      </w:pPr>
      <w:r w:rsidRPr="00E93E79">
        <w:rPr>
          <w:b/>
          <w:color w:val="333333"/>
          <w:sz w:val="32"/>
          <w:szCs w:val="32"/>
        </w:rPr>
        <w:t>4. Mustaqillikning eng muhim mazmuni nima?</w:t>
      </w:r>
    </w:p>
    <w:p w:rsidR="00A26D48" w:rsidRPr="00E93E79" w:rsidRDefault="008158D5" w:rsidP="00E93E79">
      <w:pPr>
        <w:spacing w:after="80" w:line="360" w:lineRule="auto"/>
        <w:ind w:left="340"/>
        <w:rPr>
          <w:sz w:val="32"/>
          <w:szCs w:val="32"/>
        </w:rPr>
      </w:pPr>
      <w:r w:rsidRPr="00E93E79">
        <w:rPr>
          <w:color w:val="444444"/>
          <w:sz w:val="32"/>
          <w:szCs w:val="32"/>
        </w:rPr>
        <w:t>A) Faqat bayram qilish   B) O‘z taqdirini o‘zi belgilash   C) Faqat tarixni yodlash</w:t>
      </w:r>
    </w:p>
    <w:p w:rsidR="00A26D48" w:rsidRPr="00E93E79" w:rsidRDefault="008158D5" w:rsidP="00E93E79">
      <w:pPr>
        <w:spacing w:after="20" w:line="360" w:lineRule="auto"/>
        <w:rPr>
          <w:sz w:val="32"/>
          <w:szCs w:val="32"/>
        </w:rPr>
      </w:pPr>
      <w:r w:rsidRPr="00E93E79">
        <w:rPr>
          <w:b/>
          <w:color w:val="333333"/>
          <w:sz w:val="32"/>
          <w:szCs w:val="32"/>
        </w:rPr>
        <w:t>5. Vatanga foyda keltirish nimadan boshlanadi?</w:t>
      </w:r>
    </w:p>
    <w:p w:rsidR="00A26D48" w:rsidRPr="00E93E79" w:rsidRDefault="008158D5" w:rsidP="00E93E79">
      <w:pPr>
        <w:spacing w:after="80" w:line="360" w:lineRule="auto"/>
        <w:ind w:left="340"/>
        <w:rPr>
          <w:sz w:val="32"/>
          <w:szCs w:val="32"/>
        </w:rPr>
      </w:pPr>
      <w:r w:rsidRPr="00E93E79">
        <w:rPr>
          <w:color w:val="444444"/>
          <w:sz w:val="32"/>
          <w:szCs w:val="32"/>
        </w:rPr>
        <w:t>A) Bilim, intizom va yaxshi amallardan   B) Faqat shior aytishdan   C) Boshqalarga topshirishdan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092"/>
        <w:gridCol w:w="56"/>
      </w:tblGrid>
      <w:tr w:rsidR="00A26D48" w:rsidRPr="00E93E79">
        <w:trPr>
          <w:gridAfter w:val="1"/>
          <w:wAfter w:w="56" w:type="dxa"/>
          <w:cantSplit/>
          <w:jc w:val="center"/>
        </w:trPr>
        <w:tc>
          <w:tcPr>
            <w:tcW w:w="10092" w:type="dxa"/>
            <w:tcBorders>
              <w:top w:val="single" w:sz="10" w:space="0" w:color="B92C3A"/>
              <w:left w:val="single" w:sz="10" w:space="0" w:color="B92C3A"/>
              <w:bottom w:val="single" w:sz="10" w:space="0" w:color="B92C3A"/>
              <w:right w:val="single" w:sz="10" w:space="0" w:color="B92C3A"/>
            </w:tcBorders>
            <w:shd w:val="clear" w:color="auto" w:fill="FFF0F1"/>
            <w:tcMar>
              <w:top w:w="130" w:type="dxa"/>
              <w:left w:w="160" w:type="dxa"/>
              <w:bottom w:w="130" w:type="dxa"/>
              <w:right w:w="160" w:type="dxa"/>
            </w:tcMar>
          </w:tcPr>
          <w:p w:rsidR="00A26D48" w:rsidRPr="00E93E79" w:rsidRDefault="008158D5" w:rsidP="00E93E79">
            <w:pPr>
              <w:spacing w:after="80" w:line="360" w:lineRule="auto"/>
              <w:rPr>
                <w:sz w:val="32"/>
                <w:szCs w:val="32"/>
              </w:rPr>
            </w:pPr>
            <w:r w:rsidRPr="00E93E79">
              <w:rPr>
                <w:rFonts w:ascii="Arial" w:eastAsia="Arial" w:hAnsi="Arial"/>
                <w:b/>
                <w:color w:val="B92C3A"/>
                <w:sz w:val="32"/>
                <w:szCs w:val="32"/>
              </w:rPr>
              <w:t>Javoblar kaliti</w:t>
            </w:r>
          </w:p>
          <w:p w:rsidR="00A26D48" w:rsidRPr="00E93E79" w:rsidRDefault="008158D5" w:rsidP="00E93E79">
            <w:pPr>
              <w:spacing w:after="0" w:line="360" w:lineRule="auto"/>
              <w:rPr>
                <w:sz w:val="32"/>
                <w:szCs w:val="32"/>
              </w:rPr>
            </w:pPr>
            <w:r w:rsidRPr="00E93E79">
              <w:rPr>
                <w:color w:val="222222"/>
                <w:sz w:val="32"/>
                <w:szCs w:val="32"/>
              </w:rPr>
              <w:t>1-B, 2-B, 3-A, 4-B, 5-A.</w:t>
            </w:r>
          </w:p>
        </w:tc>
      </w:tr>
      <w:tr w:rsidR="00A26D48" w:rsidRPr="00E93E79">
        <w:trPr>
          <w:cantSplit/>
          <w:jc w:val="center"/>
        </w:trPr>
        <w:tc>
          <w:tcPr>
            <w:tcW w:w="10092" w:type="dxa"/>
            <w:gridSpan w:val="2"/>
            <w:tcBorders>
              <w:top w:val="single" w:sz="6" w:space="0" w:color="6B5AA6"/>
              <w:left w:val="single" w:sz="6" w:space="0" w:color="6B5AA6"/>
              <w:bottom w:val="single" w:sz="6" w:space="0" w:color="6B5AA6"/>
              <w:right w:val="single" w:sz="6" w:space="0" w:color="6B5AA6"/>
            </w:tcBorders>
            <w:shd w:val="clear" w:color="auto" w:fill="6B5AA6"/>
            <w:tcMar>
              <w:top w:w="110" w:type="dxa"/>
              <w:left w:w="160" w:type="dxa"/>
              <w:bottom w:w="110" w:type="dxa"/>
              <w:right w:w="160" w:type="dxa"/>
            </w:tcMar>
          </w:tcPr>
          <w:p w:rsidR="00A26D48" w:rsidRPr="00E93E79" w:rsidRDefault="008158D5" w:rsidP="00E93E79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E93E79">
              <w:rPr>
                <w:rFonts w:ascii="Arial" w:eastAsia="Arial" w:hAnsi="Arial"/>
                <w:b/>
                <w:color w:val="FFFFFF"/>
                <w:sz w:val="32"/>
                <w:szCs w:val="32"/>
              </w:rPr>
              <w:t>“BIR DAQIQALIK NUTQ”</w:t>
            </w:r>
          </w:p>
        </w:tc>
      </w:tr>
    </w:tbl>
    <w:p w:rsidR="00A26D48" w:rsidRPr="00E93E79" w:rsidRDefault="00A26D48" w:rsidP="00E93E79">
      <w:pPr>
        <w:spacing w:after="0" w:line="360" w:lineRule="auto"/>
        <w:rPr>
          <w:sz w:val="32"/>
          <w:szCs w:val="32"/>
        </w:rPr>
      </w:pPr>
    </w:p>
    <w:p w:rsidR="00A26D48" w:rsidRDefault="008158D5" w:rsidP="00E93E79">
      <w:pPr>
        <w:spacing w:line="360" w:lineRule="auto"/>
        <w:rPr>
          <w:b/>
          <w:i/>
          <w:color w:val="6B5AA6"/>
          <w:sz w:val="32"/>
          <w:szCs w:val="32"/>
        </w:rPr>
      </w:pPr>
      <w:r w:rsidRPr="00E93E79">
        <w:rPr>
          <w:sz w:val="32"/>
          <w:szCs w:val="32"/>
        </w:rPr>
        <w:t xml:space="preserve">2-3 nafar o‘quvchi quyidagi jumlalardan birini tanlab, bir daqiqa davomida fikr bildiradi: </w:t>
      </w:r>
      <w:r w:rsidRPr="00E93E79">
        <w:rPr>
          <w:b/>
          <w:i/>
          <w:color w:val="6B5AA6"/>
          <w:sz w:val="32"/>
          <w:szCs w:val="32"/>
        </w:rPr>
        <w:t>“Mustaqillik men uchun...”, “Men O‘zbekiston bilan faxrlanaman, chunki...”, “Kelajakdagi O‘zbekistonni men shunday tasavvur qilaman...”</w:t>
      </w:r>
    </w:p>
    <w:p w:rsidR="00691E5C" w:rsidRPr="00E93E79" w:rsidRDefault="00691E5C" w:rsidP="00E93E79">
      <w:pPr>
        <w:spacing w:line="360" w:lineRule="auto"/>
        <w:rPr>
          <w:sz w:val="32"/>
          <w:szCs w:val="32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092"/>
      </w:tblGrid>
      <w:tr w:rsidR="00A26D48" w:rsidRPr="00E93E79">
        <w:trPr>
          <w:cantSplit/>
          <w:jc w:val="center"/>
        </w:trPr>
        <w:tc>
          <w:tcPr>
            <w:tcW w:w="10092" w:type="dxa"/>
            <w:tcBorders>
              <w:top w:val="single" w:sz="6" w:space="0" w:color="008CB4"/>
              <w:left w:val="single" w:sz="6" w:space="0" w:color="008CB4"/>
              <w:bottom w:val="single" w:sz="6" w:space="0" w:color="008CB4"/>
              <w:right w:val="single" w:sz="6" w:space="0" w:color="008CB4"/>
            </w:tcBorders>
            <w:shd w:val="clear" w:color="auto" w:fill="008CB4"/>
            <w:tcMar>
              <w:top w:w="110" w:type="dxa"/>
              <w:left w:w="160" w:type="dxa"/>
              <w:bottom w:w="110" w:type="dxa"/>
              <w:right w:w="160" w:type="dxa"/>
            </w:tcMar>
          </w:tcPr>
          <w:p w:rsidR="00A26D48" w:rsidRPr="00E93E79" w:rsidRDefault="008158D5" w:rsidP="00691E5C">
            <w:pPr>
              <w:jc w:val="center"/>
              <w:rPr>
                <w:sz w:val="32"/>
                <w:szCs w:val="32"/>
              </w:rPr>
            </w:pPr>
            <w:r w:rsidRPr="00E93E79">
              <w:rPr>
                <w:rFonts w:ascii="Arial" w:eastAsia="Arial" w:hAnsi="Arial"/>
                <w:b/>
                <w:color w:val="FFFFFF"/>
                <w:sz w:val="32"/>
                <w:szCs w:val="32"/>
              </w:rPr>
              <w:t>BAHOLASH, REFLEKSIYA VA UYGA VAZIFA</w:t>
            </w:r>
          </w:p>
        </w:tc>
      </w:tr>
    </w:tbl>
    <w:p w:rsidR="00A26D48" w:rsidRPr="00E93E79" w:rsidRDefault="00A26D48" w:rsidP="00691E5C">
      <w:pPr>
        <w:spacing w:after="0"/>
        <w:rPr>
          <w:sz w:val="32"/>
          <w:szCs w:val="32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092"/>
      </w:tblGrid>
      <w:tr w:rsidR="00A26D48" w:rsidRPr="00E93E79">
        <w:trPr>
          <w:cantSplit/>
          <w:jc w:val="center"/>
        </w:trPr>
        <w:tc>
          <w:tcPr>
            <w:tcW w:w="10092" w:type="dxa"/>
            <w:tcBorders>
              <w:top w:val="single" w:sz="6" w:space="0" w:color="16996B"/>
              <w:left w:val="single" w:sz="6" w:space="0" w:color="16996B"/>
              <w:bottom w:val="single" w:sz="6" w:space="0" w:color="16996B"/>
              <w:right w:val="single" w:sz="6" w:space="0" w:color="16996B"/>
            </w:tcBorders>
            <w:shd w:val="clear" w:color="auto" w:fill="16996B"/>
            <w:tcMar>
              <w:top w:w="110" w:type="dxa"/>
              <w:left w:w="160" w:type="dxa"/>
              <w:bottom w:w="110" w:type="dxa"/>
              <w:right w:w="160" w:type="dxa"/>
            </w:tcMar>
          </w:tcPr>
          <w:p w:rsidR="00A26D48" w:rsidRPr="00E93E79" w:rsidRDefault="008158D5" w:rsidP="00691E5C">
            <w:pPr>
              <w:jc w:val="center"/>
              <w:rPr>
                <w:sz w:val="32"/>
                <w:szCs w:val="32"/>
              </w:rPr>
            </w:pPr>
            <w:r w:rsidRPr="00E93E79">
              <w:rPr>
                <w:rFonts w:ascii="Arial" w:eastAsia="Arial" w:hAnsi="Arial"/>
                <w:b/>
                <w:color w:val="FFFFFF"/>
                <w:sz w:val="32"/>
                <w:szCs w:val="32"/>
              </w:rPr>
              <w:t>BAHOLASH MEZONLARI</w:t>
            </w:r>
          </w:p>
        </w:tc>
      </w:tr>
    </w:tbl>
    <w:p w:rsidR="00A26D48" w:rsidRDefault="00A26D48" w:rsidP="00691E5C">
      <w:pPr>
        <w:spacing w:after="0"/>
        <w:rPr>
          <w:sz w:val="32"/>
          <w:szCs w:val="32"/>
        </w:rPr>
      </w:pPr>
    </w:p>
    <w:p w:rsidR="000D0970" w:rsidRPr="00E93E79" w:rsidRDefault="000D0970" w:rsidP="00691E5C">
      <w:pPr>
        <w:spacing w:after="0"/>
        <w:rPr>
          <w:sz w:val="32"/>
          <w:szCs w:val="32"/>
        </w:rPr>
      </w:pPr>
    </w:p>
    <w:tbl>
      <w:tblPr>
        <w:tblW w:w="10348" w:type="dxa"/>
        <w:jc w:val="center"/>
        <w:tblInd w:w="1772" w:type="dxa"/>
        <w:tblLayout w:type="fixed"/>
        <w:tblLook w:val="04A0" w:firstRow="1" w:lastRow="0" w:firstColumn="1" w:lastColumn="0" w:noHBand="0" w:noVBand="1"/>
      </w:tblPr>
      <w:tblGrid>
        <w:gridCol w:w="3364"/>
        <w:gridCol w:w="5839"/>
        <w:gridCol w:w="1145"/>
      </w:tblGrid>
      <w:tr w:rsidR="00A26D48" w:rsidRPr="00E93E79" w:rsidTr="00E93E79">
        <w:trPr>
          <w:cantSplit/>
          <w:jc w:val="center"/>
        </w:trPr>
        <w:tc>
          <w:tcPr>
            <w:tcW w:w="3364" w:type="dxa"/>
            <w:shd w:val="clear" w:color="auto" w:fill="16996B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6D48" w:rsidRPr="00E93E79" w:rsidRDefault="008158D5" w:rsidP="00691E5C">
            <w:pPr>
              <w:jc w:val="center"/>
              <w:rPr>
                <w:sz w:val="32"/>
                <w:szCs w:val="32"/>
              </w:rPr>
            </w:pPr>
            <w:r w:rsidRPr="00E93E79">
              <w:rPr>
                <w:rFonts w:ascii="Arial" w:eastAsia="Arial" w:hAnsi="Arial"/>
                <w:b/>
                <w:color w:val="FFFFFF"/>
                <w:sz w:val="32"/>
                <w:szCs w:val="32"/>
              </w:rPr>
              <w:t>Mezon</w:t>
            </w:r>
          </w:p>
        </w:tc>
        <w:tc>
          <w:tcPr>
            <w:tcW w:w="5839" w:type="dxa"/>
            <w:shd w:val="clear" w:color="auto" w:fill="16996B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6D48" w:rsidRPr="00E93E79" w:rsidRDefault="008158D5" w:rsidP="00691E5C">
            <w:pPr>
              <w:jc w:val="center"/>
              <w:rPr>
                <w:sz w:val="32"/>
                <w:szCs w:val="32"/>
              </w:rPr>
            </w:pPr>
            <w:r w:rsidRPr="00E93E79">
              <w:rPr>
                <w:rFonts w:ascii="Arial" w:eastAsia="Arial" w:hAnsi="Arial"/>
                <w:b/>
                <w:color w:val="FFFFFF"/>
                <w:sz w:val="32"/>
                <w:szCs w:val="32"/>
              </w:rPr>
              <w:t>Tavsif</w:t>
            </w:r>
          </w:p>
        </w:tc>
        <w:tc>
          <w:tcPr>
            <w:tcW w:w="1145" w:type="dxa"/>
            <w:shd w:val="clear" w:color="auto" w:fill="16996B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6D48" w:rsidRPr="00E93E79" w:rsidRDefault="008158D5" w:rsidP="00691E5C">
            <w:pPr>
              <w:jc w:val="center"/>
              <w:rPr>
                <w:sz w:val="32"/>
                <w:szCs w:val="32"/>
              </w:rPr>
            </w:pPr>
            <w:r w:rsidRPr="00E93E79">
              <w:rPr>
                <w:rFonts w:ascii="Arial" w:eastAsia="Arial" w:hAnsi="Arial"/>
                <w:b/>
                <w:color w:val="FFFFFF"/>
                <w:sz w:val="32"/>
                <w:szCs w:val="32"/>
              </w:rPr>
              <w:t>Ball</w:t>
            </w:r>
          </w:p>
        </w:tc>
      </w:tr>
      <w:tr w:rsidR="00A26D48" w:rsidRPr="00E93E79" w:rsidTr="00E93E79">
        <w:trPr>
          <w:cantSplit/>
          <w:jc w:val="center"/>
        </w:trPr>
        <w:tc>
          <w:tcPr>
            <w:tcW w:w="3364" w:type="dxa"/>
            <w:tcBorders>
              <w:top w:val="single" w:sz="5" w:space="0" w:color="AAD9C2"/>
              <w:left w:val="single" w:sz="5" w:space="0" w:color="AAD9C2"/>
              <w:bottom w:val="single" w:sz="5" w:space="0" w:color="AAD9C2"/>
              <w:right w:val="single" w:sz="5" w:space="0" w:color="AAD9C2"/>
            </w:tcBorders>
            <w:shd w:val="clear" w:color="auto" w:fill="EFF9F4"/>
            <w:tcMar>
              <w:top w:w="90" w:type="dxa"/>
              <w:left w:w="100" w:type="dxa"/>
              <w:bottom w:w="90" w:type="dxa"/>
              <w:right w:w="100" w:type="dxa"/>
            </w:tcMar>
          </w:tcPr>
          <w:p w:rsidR="00A26D48" w:rsidRPr="00E93E79" w:rsidRDefault="008158D5" w:rsidP="00691E5C">
            <w:pPr>
              <w:rPr>
                <w:sz w:val="32"/>
                <w:szCs w:val="32"/>
              </w:rPr>
            </w:pPr>
            <w:r w:rsidRPr="00E93E79">
              <w:rPr>
                <w:b/>
                <w:color w:val="224A37"/>
                <w:sz w:val="32"/>
                <w:szCs w:val="32"/>
              </w:rPr>
              <w:t>Tarixiy bilim</w:t>
            </w:r>
          </w:p>
        </w:tc>
        <w:tc>
          <w:tcPr>
            <w:tcW w:w="5839" w:type="dxa"/>
            <w:tcBorders>
              <w:top w:val="single" w:sz="5" w:space="0" w:color="AAD9C2"/>
              <w:left w:val="single" w:sz="5" w:space="0" w:color="AAD9C2"/>
              <w:bottom w:val="single" w:sz="5" w:space="0" w:color="AAD9C2"/>
              <w:right w:val="single" w:sz="5" w:space="0" w:color="AAD9C2"/>
            </w:tcBorders>
            <w:shd w:val="clear" w:color="auto" w:fill="EFF9F4"/>
            <w:tcMar>
              <w:top w:w="90" w:type="dxa"/>
              <w:left w:w="100" w:type="dxa"/>
              <w:bottom w:w="90" w:type="dxa"/>
              <w:right w:w="100" w:type="dxa"/>
            </w:tcMar>
          </w:tcPr>
          <w:p w:rsidR="00A26D48" w:rsidRPr="00E93E79" w:rsidRDefault="008158D5" w:rsidP="00691E5C">
            <w:pPr>
              <w:rPr>
                <w:sz w:val="32"/>
                <w:szCs w:val="32"/>
              </w:rPr>
            </w:pPr>
            <w:r w:rsidRPr="00E93E79">
              <w:rPr>
                <w:color w:val="224A37"/>
                <w:sz w:val="32"/>
                <w:szCs w:val="32"/>
              </w:rPr>
              <w:t>Muhim sanalar va tushunchalarni to‘g‘ri ayta olishi</w:t>
            </w:r>
          </w:p>
        </w:tc>
        <w:tc>
          <w:tcPr>
            <w:tcW w:w="1145" w:type="dxa"/>
            <w:tcBorders>
              <w:top w:val="single" w:sz="5" w:space="0" w:color="AAD9C2"/>
              <w:left w:val="single" w:sz="5" w:space="0" w:color="AAD9C2"/>
              <w:bottom w:val="single" w:sz="5" w:space="0" w:color="AAD9C2"/>
              <w:right w:val="single" w:sz="5" w:space="0" w:color="AAD9C2"/>
            </w:tcBorders>
            <w:shd w:val="clear" w:color="auto" w:fill="EFF9F4"/>
            <w:tcMar>
              <w:top w:w="90" w:type="dxa"/>
              <w:left w:w="100" w:type="dxa"/>
              <w:bottom w:w="90" w:type="dxa"/>
              <w:right w:w="100" w:type="dxa"/>
            </w:tcMar>
          </w:tcPr>
          <w:p w:rsidR="00A26D48" w:rsidRPr="00E93E79" w:rsidRDefault="008158D5" w:rsidP="00691E5C">
            <w:pPr>
              <w:jc w:val="center"/>
              <w:rPr>
                <w:sz w:val="32"/>
                <w:szCs w:val="32"/>
              </w:rPr>
            </w:pPr>
            <w:r w:rsidRPr="00E93E79">
              <w:rPr>
                <w:color w:val="224A37"/>
                <w:sz w:val="32"/>
                <w:szCs w:val="32"/>
              </w:rPr>
              <w:t>2 ball</w:t>
            </w:r>
          </w:p>
        </w:tc>
      </w:tr>
      <w:tr w:rsidR="00A26D48" w:rsidRPr="00E93E79" w:rsidTr="00E93E79">
        <w:trPr>
          <w:cantSplit/>
          <w:jc w:val="center"/>
        </w:trPr>
        <w:tc>
          <w:tcPr>
            <w:tcW w:w="3364" w:type="dxa"/>
            <w:tcBorders>
              <w:top w:val="single" w:sz="5" w:space="0" w:color="AAD9C2"/>
              <w:left w:val="single" w:sz="5" w:space="0" w:color="AAD9C2"/>
              <w:bottom w:val="single" w:sz="5" w:space="0" w:color="AAD9C2"/>
              <w:right w:val="single" w:sz="5" w:space="0" w:color="AAD9C2"/>
            </w:tcBorders>
            <w:shd w:val="clear" w:color="auto" w:fill="FFFFFF"/>
            <w:tcMar>
              <w:top w:w="90" w:type="dxa"/>
              <w:left w:w="100" w:type="dxa"/>
              <w:bottom w:w="90" w:type="dxa"/>
              <w:right w:w="100" w:type="dxa"/>
            </w:tcMar>
          </w:tcPr>
          <w:p w:rsidR="00A26D48" w:rsidRPr="00E93E79" w:rsidRDefault="008158D5" w:rsidP="00691E5C">
            <w:pPr>
              <w:rPr>
                <w:sz w:val="32"/>
                <w:szCs w:val="32"/>
              </w:rPr>
            </w:pPr>
            <w:r w:rsidRPr="00E93E79">
              <w:rPr>
                <w:b/>
                <w:color w:val="224A37"/>
                <w:sz w:val="32"/>
                <w:szCs w:val="32"/>
              </w:rPr>
              <w:t>Fikrni ifodalash</w:t>
            </w:r>
          </w:p>
        </w:tc>
        <w:tc>
          <w:tcPr>
            <w:tcW w:w="5839" w:type="dxa"/>
            <w:tcBorders>
              <w:top w:val="single" w:sz="5" w:space="0" w:color="AAD9C2"/>
              <w:left w:val="single" w:sz="5" w:space="0" w:color="AAD9C2"/>
              <w:bottom w:val="single" w:sz="5" w:space="0" w:color="AAD9C2"/>
              <w:right w:val="single" w:sz="5" w:space="0" w:color="AAD9C2"/>
            </w:tcBorders>
            <w:shd w:val="clear" w:color="auto" w:fill="FFFFFF"/>
            <w:tcMar>
              <w:top w:w="90" w:type="dxa"/>
              <w:left w:w="100" w:type="dxa"/>
              <w:bottom w:w="90" w:type="dxa"/>
              <w:right w:w="100" w:type="dxa"/>
            </w:tcMar>
          </w:tcPr>
          <w:p w:rsidR="00A26D48" w:rsidRPr="00E93E79" w:rsidRDefault="008158D5" w:rsidP="00691E5C">
            <w:pPr>
              <w:rPr>
                <w:sz w:val="32"/>
                <w:szCs w:val="32"/>
              </w:rPr>
            </w:pPr>
            <w:r w:rsidRPr="00E93E79">
              <w:rPr>
                <w:color w:val="224A37"/>
                <w:sz w:val="32"/>
                <w:szCs w:val="32"/>
              </w:rPr>
              <w:t>Aniq, mantiqli va misol bilan javob berishi</w:t>
            </w:r>
          </w:p>
        </w:tc>
        <w:tc>
          <w:tcPr>
            <w:tcW w:w="1145" w:type="dxa"/>
            <w:tcBorders>
              <w:top w:val="single" w:sz="5" w:space="0" w:color="AAD9C2"/>
              <w:left w:val="single" w:sz="5" w:space="0" w:color="AAD9C2"/>
              <w:bottom w:val="single" w:sz="5" w:space="0" w:color="AAD9C2"/>
              <w:right w:val="single" w:sz="5" w:space="0" w:color="AAD9C2"/>
            </w:tcBorders>
            <w:shd w:val="clear" w:color="auto" w:fill="FFFFFF"/>
            <w:tcMar>
              <w:top w:w="90" w:type="dxa"/>
              <w:left w:w="100" w:type="dxa"/>
              <w:bottom w:w="90" w:type="dxa"/>
              <w:right w:w="100" w:type="dxa"/>
            </w:tcMar>
          </w:tcPr>
          <w:p w:rsidR="00A26D48" w:rsidRPr="00E93E79" w:rsidRDefault="008158D5" w:rsidP="00691E5C">
            <w:pPr>
              <w:jc w:val="center"/>
              <w:rPr>
                <w:sz w:val="32"/>
                <w:szCs w:val="32"/>
              </w:rPr>
            </w:pPr>
            <w:r w:rsidRPr="00E93E79">
              <w:rPr>
                <w:color w:val="224A37"/>
                <w:sz w:val="32"/>
                <w:szCs w:val="32"/>
              </w:rPr>
              <w:t>2 ball</w:t>
            </w:r>
          </w:p>
        </w:tc>
      </w:tr>
      <w:tr w:rsidR="00A26D48" w:rsidRPr="00E93E79" w:rsidTr="00E93E79">
        <w:trPr>
          <w:cantSplit/>
          <w:jc w:val="center"/>
        </w:trPr>
        <w:tc>
          <w:tcPr>
            <w:tcW w:w="3364" w:type="dxa"/>
            <w:tcBorders>
              <w:top w:val="single" w:sz="5" w:space="0" w:color="AAD9C2"/>
              <w:left w:val="single" w:sz="5" w:space="0" w:color="AAD9C2"/>
              <w:bottom w:val="single" w:sz="5" w:space="0" w:color="AAD9C2"/>
              <w:right w:val="single" w:sz="5" w:space="0" w:color="AAD9C2"/>
            </w:tcBorders>
            <w:shd w:val="clear" w:color="auto" w:fill="EFF9F4"/>
            <w:tcMar>
              <w:top w:w="90" w:type="dxa"/>
              <w:left w:w="100" w:type="dxa"/>
              <w:bottom w:w="90" w:type="dxa"/>
              <w:right w:w="100" w:type="dxa"/>
            </w:tcMar>
          </w:tcPr>
          <w:p w:rsidR="00A26D48" w:rsidRPr="00E93E79" w:rsidRDefault="008158D5" w:rsidP="00691E5C">
            <w:pPr>
              <w:rPr>
                <w:sz w:val="32"/>
                <w:szCs w:val="32"/>
              </w:rPr>
            </w:pPr>
            <w:r w:rsidRPr="00E93E79">
              <w:rPr>
                <w:b/>
                <w:color w:val="224A37"/>
                <w:sz w:val="32"/>
                <w:szCs w:val="32"/>
              </w:rPr>
              <w:t>Guruhdagi faollik</w:t>
            </w:r>
          </w:p>
        </w:tc>
        <w:tc>
          <w:tcPr>
            <w:tcW w:w="5839" w:type="dxa"/>
            <w:tcBorders>
              <w:top w:val="single" w:sz="5" w:space="0" w:color="AAD9C2"/>
              <w:left w:val="single" w:sz="5" w:space="0" w:color="AAD9C2"/>
              <w:bottom w:val="single" w:sz="5" w:space="0" w:color="AAD9C2"/>
              <w:right w:val="single" w:sz="5" w:space="0" w:color="AAD9C2"/>
            </w:tcBorders>
            <w:shd w:val="clear" w:color="auto" w:fill="EFF9F4"/>
            <w:tcMar>
              <w:top w:w="90" w:type="dxa"/>
              <w:left w:w="100" w:type="dxa"/>
              <w:bottom w:w="90" w:type="dxa"/>
              <w:right w:w="100" w:type="dxa"/>
            </w:tcMar>
          </w:tcPr>
          <w:p w:rsidR="00A26D48" w:rsidRPr="00E93E79" w:rsidRDefault="008158D5" w:rsidP="00691E5C">
            <w:pPr>
              <w:rPr>
                <w:sz w:val="32"/>
                <w:szCs w:val="32"/>
              </w:rPr>
            </w:pPr>
            <w:r w:rsidRPr="00E93E79">
              <w:rPr>
                <w:color w:val="224A37"/>
                <w:sz w:val="32"/>
                <w:szCs w:val="32"/>
              </w:rPr>
              <w:t>Vazifani bajarishda hamkorlik qilishi</w:t>
            </w:r>
          </w:p>
        </w:tc>
        <w:tc>
          <w:tcPr>
            <w:tcW w:w="1145" w:type="dxa"/>
            <w:tcBorders>
              <w:top w:val="single" w:sz="5" w:space="0" w:color="AAD9C2"/>
              <w:left w:val="single" w:sz="5" w:space="0" w:color="AAD9C2"/>
              <w:bottom w:val="single" w:sz="5" w:space="0" w:color="AAD9C2"/>
              <w:right w:val="single" w:sz="5" w:space="0" w:color="AAD9C2"/>
            </w:tcBorders>
            <w:shd w:val="clear" w:color="auto" w:fill="EFF9F4"/>
            <w:tcMar>
              <w:top w:w="90" w:type="dxa"/>
              <w:left w:w="100" w:type="dxa"/>
              <w:bottom w:w="90" w:type="dxa"/>
              <w:right w:w="100" w:type="dxa"/>
            </w:tcMar>
          </w:tcPr>
          <w:p w:rsidR="00A26D48" w:rsidRPr="00E93E79" w:rsidRDefault="008158D5" w:rsidP="00691E5C">
            <w:pPr>
              <w:jc w:val="center"/>
              <w:rPr>
                <w:sz w:val="32"/>
                <w:szCs w:val="32"/>
              </w:rPr>
            </w:pPr>
            <w:r w:rsidRPr="00E93E79">
              <w:rPr>
                <w:color w:val="224A37"/>
                <w:sz w:val="32"/>
                <w:szCs w:val="32"/>
              </w:rPr>
              <w:t>2 ball</w:t>
            </w:r>
          </w:p>
        </w:tc>
      </w:tr>
      <w:tr w:rsidR="00A26D48" w:rsidRPr="00E93E79" w:rsidTr="00E93E79">
        <w:trPr>
          <w:cantSplit/>
          <w:jc w:val="center"/>
        </w:trPr>
        <w:tc>
          <w:tcPr>
            <w:tcW w:w="3364" w:type="dxa"/>
            <w:tcBorders>
              <w:top w:val="single" w:sz="5" w:space="0" w:color="AAD9C2"/>
              <w:left w:val="single" w:sz="5" w:space="0" w:color="AAD9C2"/>
              <w:bottom w:val="single" w:sz="5" w:space="0" w:color="AAD9C2"/>
              <w:right w:val="single" w:sz="5" w:space="0" w:color="AAD9C2"/>
            </w:tcBorders>
            <w:shd w:val="clear" w:color="auto" w:fill="FFFFFF"/>
            <w:tcMar>
              <w:top w:w="90" w:type="dxa"/>
              <w:left w:w="100" w:type="dxa"/>
              <w:bottom w:w="90" w:type="dxa"/>
              <w:right w:w="100" w:type="dxa"/>
            </w:tcMar>
          </w:tcPr>
          <w:p w:rsidR="00A26D48" w:rsidRPr="00E93E79" w:rsidRDefault="008158D5" w:rsidP="00691E5C">
            <w:pPr>
              <w:rPr>
                <w:sz w:val="32"/>
                <w:szCs w:val="32"/>
              </w:rPr>
            </w:pPr>
            <w:r w:rsidRPr="00E93E79">
              <w:rPr>
                <w:b/>
                <w:color w:val="224A37"/>
                <w:sz w:val="32"/>
                <w:szCs w:val="32"/>
              </w:rPr>
              <w:t>Ijodkorlik</w:t>
            </w:r>
          </w:p>
        </w:tc>
        <w:tc>
          <w:tcPr>
            <w:tcW w:w="5839" w:type="dxa"/>
            <w:tcBorders>
              <w:top w:val="single" w:sz="5" w:space="0" w:color="AAD9C2"/>
              <w:left w:val="single" w:sz="5" w:space="0" w:color="AAD9C2"/>
              <w:bottom w:val="single" w:sz="5" w:space="0" w:color="AAD9C2"/>
              <w:right w:val="single" w:sz="5" w:space="0" w:color="AAD9C2"/>
            </w:tcBorders>
            <w:shd w:val="clear" w:color="auto" w:fill="FFFFFF"/>
            <w:tcMar>
              <w:top w:w="90" w:type="dxa"/>
              <w:left w:w="100" w:type="dxa"/>
              <w:bottom w:w="90" w:type="dxa"/>
              <w:right w:w="100" w:type="dxa"/>
            </w:tcMar>
          </w:tcPr>
          <w:p w:rsidR="00A26D48" w:rsidRPr="00E93E79" w:rsidRDefault="008158D5" w:rsidP="00691E5C">
            <w:pPr>
              <w:rPr>
                <w:sz w:val="32"/>
                <w:szCs w:val="32"/>
              </w:rPr>
            </w:pPr>
            <w:r w:rsidRPr="00E93E79">
              <w:rPr>
                <w:color w:val="224A37"/>
                <w:sz w:val="32"/>
                <w:szCs w:val="32"/>
              </w:rPr>
              <w:t>Topshiriqqa yangi va amaliy g‘oya qo‘shishi</w:t>
            </w:r>
          </w:p>
        </w:tc>
        <w:tc>
          <w:tcPr>
            <w:tcW w:w="1145" w:type="dxa"/>
            <w:tcBorders>
              <w:top w:val="single" w:sz="5" w:space="0" w:color="AAD9C2"/>
              <w:left w:val="single" w:sz="5" w:space="0" w:color="AAD9C2"/>
              <w:bottom w:val="single" w:sz="5" w:space="0" w:color="AAD9C2"/>
              <w:right w:val="single" w:sz="5" w:space="0" w:color="AAD9C2"/>
            </w:tcBorders>
            <w:shd w:val="clear" w:color="auto" w:fill="FFFFFF"/>
            <w:tcMar>
              <w:top w:w="90" w:type="dxa"/>
              <w:left w:w="100" w:type="dxa"/>
              <w:bottom w:w="90" w:type="dxa"/>
              <w:right w:w="100" w:type="dxa"/>
            </w:tcMar>
          </w:tcPr>
          <w:p w:rsidR="00A26D48" w:rsidRPr="00E93E79" w:rsidRDefault="008158D5" w:rsidP="00691E5C">
            <w:pPr>
              <w:jc w:val="center"/>
              <w:rPr>
                <w:sz w:val="32"/>
                <w:szCs w:val="32"/>
              </w:rPr>
            </w:pPr>
            <w:r w:rsidRPr="00E93E79">
              <w:rPr>
                <w:color w:val="224A37"/>
                <w:sz w:val="32"/>
                <w:szCs w:val="32"/>
              </w:rPr>
              <w:t>2 ball</w:t>
            </w:r>
          </w:p>
        </w:tc>
      </w:tr>
      <w:tr w:rsidR="00A26D48" w:rsidRPr="00E93E79" w:rsidTr="00E93E79">
        <w:trPr>
          <w:cantSplit/>
          <w:jc w:val="center"/>
        </w:trPr>
        <w:tc>
          <w:tcPr>
            <w:tcW w:w="3364" w:type="dxa"/>
            <w:tcBorders>
              <w:top w:val="single" w:sz="5" w:space="0" w:color="AAD9C2"/>
              <w:left w:val="single" w:sz="5" w:space="0" w:color="AAD9C2"/>
              <w:bottom w:val="single" w:sz="5" w:space="0" w:color="AAD9C2"/>
              <w:right w:val="single" w:sz="5" w:space="0" w:color="AAD9C2"/>
            </w:tcBorders>
            <w:shd w:val="clear" w:color="auto" w:fill="EFF9F4"/>
            <w:tcMar>
              <w:top w:w="90" w:type="dxa"/>
              <w:left w:w="100" w:type="dxa"/>
              <w:bottom w:w="90" w:type="dxa"/>
              <w:right w:w="100" w:type="dxa"/>
            </w:tcMar>
          </w:tcPr>
          <w:p w:rsidR="00A26D48" w:rsidRPr="00E93E79" w:rsidRDefault="008158D5" w:rsidP="00691E5C">
            <w:pPr>
              <w:rPr>
                <w:sz w:val="32"/>
                <w:szCs w:val="32"/>
              </w:rPr>
            </w:pPr>
            <w:r w:rsidRPr="00E93E79">
              <w:rPr>
                <w:b/>
                <w:color w:val="224A37"/>
                <w:sz w:val="32"/>
                <w:szCs w:val="32"/>
              </w:rPr>
              <w:t>Madaniyat</w:t>
            </w:r>
          </w:p>
        </w:tc>
        <w:tc>
          <w:tcPr>
            <w:tcW w:w="5839" w:type="dxa"/>
            <w:tcBorders>
              <w:top w:val="single" w:sz="5" w:space="0" w:color="AAD9C2"/>
              <w:left w:val="single" w:sz="5" w:space="0" w:color="AAD9C2"/>
              <w:bottom w:val="single" w:sz="5" w:space="0" w:color="AAD9C2"/>
              <w:right w:val="single" w:sz="5" w:space="0" w:color="AAD9C2"/>
            </w:tcBorders>
            <w:shd w:val="clear" w:color="auto" w:fill="EFF9F4"/>
            <w:tcMar>
              <w:top w:w="90" w:type="dxa"/>
              <w:left w:w="100" w:type="dxa"/>
              <w:bottom w:w="90" w:type="dxa"/>
              <w:right w:w="100" w:type="dxa"/>
            </w:tcMar>
          </w:tcPr>
          <w:p w:rsidR="00A26D48" w:rsidRPr="00E93E79" w:rsidRDefault="008158D5" w:rsidP="00691E5C">
            <w:pPr>
              <w:rPr>
                <w:sz w:val="32"/>
                <w:szCs w:val="32"/>
              </w:rPr>
            </w:pPr>
            <w:r w:rsidRPr="00E93E79">
              <w:rPr>
                <w:color w:val="224A37"/>
                <w:sz w:val="32"/>
                <w:szCs w:val="32"/>
              </w:rPr>
              <w:t>Tinglash, navbat va ramzlarga hurmat qoidalariga rioya qilishi</w:t>
            </w:r>
          </w:p>
        </w:tc>
        <w:tc>
          <w:tcPr>
            <w:tcW w:w="1145" w:type="dxa"/>
            <w:tcBorders>
              <w:top w:val="single" w:sz="5" w:space="0" w:color="AAD9C2"/>
              <w:left w:val="single" w:sz="5" w:space="0" w:color="AAD9C2"/>
              <w:bottom w:val="single" w:sz="5" w:space="0" w:color="AAD9C2"/>
              <w:right w:val="single" w:sz="5" w:space="0" w:color="AAD9C2"/>
            </w:tcBorders>
            <w:shd w:val="clear" w:color="auto" w:fill="EFF9F4"/>
            <w:tcMar>
              <w:top w:w="90" w:type="dxa"/>
              <w:left w:w="100" w:type="dxa"/>
              <w:bottom w:w="90" w:type="dxa"/>
              <w:right w:w="100" w:type="dxa"/>
            </w:tcMar>
          </w:tcPr>
          <w:p w:rsidR="00A26D48" w:rsidRPr="00E93E79" w:rsidRDefault="008158D5" w:rsidP="00691E5C">
            <w:pPr>
              <w:jc w:val="center"/>
              <w:rPr>
                <w:sz w:val="32"/>
                <w:szCs w:val="32"/>
              </w:rPr>
            </w:pPr>
            <w:r w:rsidRPr="00E93E79">
              <w:rPr>
                <w:color w:val="224A37"/>
                <w:sz w:val="32"/>
                <w:szCs w:val="32"/>
              </w:rPr>
              <w:t>2 ball</w:t>
            </w:r>
          </w:p>
        </w:tc>
      </w:tr>
    </w:tbl>
    <w:p w:rsidR="00A26D48" w:rsidRPr="00E93E79" w:rsidRDefault="008158D5" w:rsidP="00691E5C">
      <w:pPr>
        <w:spacing w:before="100"/>
        <w:rPr>
          <w:sz w:val="32"/>
          <w:szCs w:val="32"/>
        </w:rPr>
      </w:pPr>
      <w:r w:rsidRPr="00E93E79">
        <w:rPr>
          <w:b/>
          <w:color w:val="16996B"/>
          <w:sz w:val="32"/>
          <w:szCs w:val="32"/>
        </w:rPr>
        <w:t xml:space="preserve">Natijani izohlash: </w:t>
      </w:r>
      <w:r w:rsidRPr="00E93E79">
        <w:rPr>
          <w:sz w:val="32"/>
          <w:szCs w:val="32"/>
        </w:rPr>
        <w:t>9-10 ball - a’lo; 7-8 ball - yaxshi; 5-6 ball - qoniqarli; 0-4 ball - qo‘shimcha yordam talab etiladi.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092"/>
      </w:tblGrid>
      <w:tr w:rsidR="00A26D48" w:rsidRPr="00E93E79">
        <w:trPr>
          <w:cantSplit/>
          <w:jc w:val="center"/>
        </w:trPr>
        <w:tc>
          <w:tcPr>
            <w:tcW w:w="10092" w:type="dxa"/>
            <w:tcBorders>
              <w:top w:val="single" w:sz="6" w:space="0" w:color="007FA3"/>
              <w:left w:val="single" w:sz="6" w:space="0" w:color="007FA3"/>
              <w:bottom w:val="single" w:sz="6" w:space="0" w:color="007FA3"/>
              <w:right w:val="single" w:sz="6" w:space="0" w:color="007FA3"/>
            </w:tcBorders>
            <w:shd w:val="clear" w:color="auto" w:fill="007FA3"/>
            <w:tcMar>
              <w:top w:w="110" w:type="dxa"/>
              <w:left w:w="160" w:type="dxa"/>
              <w:bottom w:w="110" w:type="dxa"/>
              <w:right w:w="160" w:type="dxa"/>
            </w:tcMar>
          </w:tcPr>
          <w:p w:rsidR="00A26D48" w:rsidRPr="00E93E79" w:rsidRDefault="008158D5" w:rsidP="00691E5C">
            <w:pPr>
              <w:jc w:val="center"/>
              <w:rPr>
                <w:sz w:val="32"/>
                <w:szCs w:val="32"/>
              </w:rPr>
            </w:pPr>
            <w:r w:rsidRPr="00E93E79">
              <w:rPr>
                <w:rFonts w:ascii="Arial" w:eastAsia="Arial" w:hAnsi="Arial"/>
                <w:b/>
                <w:color w:val="FFFFFF"/>
                <w:sz w:val="32"/>
                <w:szCs w:val="32"/>
              </w:rPr>
              <w:t>REFLEKSIYA: “MEN ANGLADIM...”</w:t>
            </w:r>
          </w:p>
        </w:tc>
      </w:tr>
    </w:tbl>
    <w:p w:rsidR="00A26D48" w:rsidRPr="00E93E79" w:rsidRDefault="00A26D48" w:rsidP="00691E5C">
      <w:pPr>
        <w:spacing w:after="0"/>
        <w:rPr>
          <w:sz w:val="32"/>
          <w:szCs w:val="32"/>
        </w:rPr>
      </w:pPr>
    </w:p>
    <w:p w:rsidR="00A26D48" w:rsidRPr="00E93E79" w:rsidRDefault="008158D5" w:rsidP="00691E5C">
      <w:pPr>
        <w:pStyle w:val="a0"/>
        <w:spacing w:after="60"/>
        <w:ind w:left="397" w:hanging="198"/>
        <w:rPr>
          <w:sz w:val="32"/>
          <w:szCs w:val="32"/>
        </w:rPr>
      </w:pPr>
      <w:r w:rsidRPr="00E93E79">
        <w:rPr>
          <w:color w:val="222222"/>
          <w:sz w:val="32"/>
          <w:szCs w:val="32"/>
        </w:rPr>
        <w:t>Bugun men mustaqillik haqida __________________________ ni bilib oldim.</w:t>
      </w:r>
    </w:p>
    <w:p w:rsidR="00A26D48" w:rsidRPr="00E93E79" w:rsidRDefault="008158D5" w:rsidP="00691E5C">
      <w:pPr>
        <w:pStyle w:val="a0"/>
        <w:spacing w:after="60"/>
        <w:ind w:left="397" w:hanging="198"/>
        <w:rPr>
          <w:sz w:val="32"/>
          <w:szCs w:val="32"/>
        </w:rPr>
      </w:pPr>
      <w:r w:rsidRPr="00E93E79">
        <w:rPr>
          <w:color w:val="222222"/>
          <w:sz w:val="32"/>
          <w:szCs w:val="32"/>
        </w:rPr>
        <w:t>Menga eng yoqqan faoliyat __________________________________ bo‘ldi.</w:t>
      </w:r>
    </w:p>
    <w:p w:rsidR="00A26D48" w:rsidRPr="00E93E79" w:rsidRDefault="008158D5" w:rsidP="00691E5C">
      <w:pPr>
        <w:pStyle w:val="a0"/>
        <w:spacing w:after="60"/>
        <w:ind w:left="397" w:hanging="198"/>
        <w:rPr>
          <w:sz w:val="32"/>
          <w:szCs w:val="32"/>
        </w:rPr>
      </w:pPr>
      <w:r w:rsidRPr="00E93E79">
        <w:rPr>
          <w:color w:val="222222"/>
          <w:sz w:val="32"/>
          <w:szCs w:val="32"/>
        </w:rPr>
        <w:t>Men Vatanim ravnaqi uchun __________________________________ qilaman.</w:t>
      </w:r>
    </w:p>
    <w:p w:rsidR="00E93E79" w:rsidRPr="00691E5C" w:rsidRDefault="008158D5" w:rsidP="00691E5C">
      <w:pPr>
        <w:pStyle w:val="a0"/>
        <w:spacing w:after="60"/>
        <w:ind w:left="397" w:hanging="198"/>
        <w:rPr>
          <w:sz w:val="32"/>
          <w:szCs w:val="32"/>
        </w:rPr>
      </w:pPr>
      <w:r w:rsidRPr="00E93E79">
        <w:rPr>
          <w:color w:val="222222"/>
          <w:sz w:val="32"/>
          <w:szCs w:val="32"/>
        </w:rPr>
        <w:t>Keyingi darsda __________________________________ haqida ko‘proq bilishni istayman.</w:t>
      </w:r>
    </w:p>
    <w:p w:rsidR="00E93E79" w:rsidRPr="00E93E79" w:rsidRDefault="00E93E79" w:rsidP="00691E5C">
      <w:pPr>
        <w:pStyle w:val="a0"/>
        <w:numPr>
          <w:ilvl w:val="0"/>
          <w:numId w:val="0"/>
        </w:numPr>
        <w:spacing w:after="60"/>
        <w:rPr>
          <w:sz w:val="32"/>
          <w:szCs w:val="32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092"/>
      </w:tblGrid>
      <w:tr w:rsidR="00A26D48" w:rsidRPr="00E93E79">
        <w:trPr>
          <w:cantSplit/>
          <w:jc w:val="center"/>
        </w:trPr>
        <w:tc>
          <w:tcPr>
            <w:tcW w:w="10092" w:type="dxa"/>
            <w:tcBorders>
              <w:top w:val="single" w:sz="6" w:space="0" w:color="D89B18"/>
              <w:left w:val="single" w:sz="6" w:space="0" w:color="D89B18"/>
              <w:bottom w:val="single" w:sz="6" w:space="0" w:color="D89B18"/>
              <w:right w:val="single" w:sz="6" w:space="0" w:color="D89B18"/>
            </w:tcBorders>
            <w:shd w:val="clear" w:color="auto" w:fill="D89B18"/>
            <w:tcMar>
              <w:top w:w="110" w:type="dxa"/>
              <w:left w:w="160" w:type="dxa"/>
              <w:bottom w:w="110" w:type="dxa"/>
              <w:right w:w="160" w:type="dxa"/>
            </w:tcMar>
          </w:tcPr>
          <w:p w:rsidR="00A26D48" w:rsidRPr="00E93E79" w:rsidRDefault="008158D5" w:rsidP="00691E5C">
            <w:pPr>
              <w:jc w:val="center"/>
              <w:rPr>
                <w:sz w:val="32"/>
                <w:szCs w:val="32"/>
              </w:rPr>
            </w:pPr>
            <w:r w:rsidRPr="00E93E79">
              <w:rPr>
                <w:rFonts w:ascii="Arial" w:eastAsia="Arial" w:hAnsi="Arial"/>
                <w:b/>
                <w:color w:val="FFFFFF"/>
                <w:sz w:val="32"/>
                <w:szCs w:val="32"/>
              </w:rPr>
              <w:t>UYGA VAZIFA</w:t>
            </w:r>
          </w:p>
        </w:tc>
      </w:tr>
    </w:tbl>
    <w:p w:rsidR="00A26D48" w:rsidRPr="00E93E79" w:rsidRDefault="00A26D48" w:rsidP="00691E5C">
      <w:pPr>
        <w:spacing w:after="0"/>
        <w:rPr>
          <w:sz w:val="32"/>
          <w:szCs w:val="32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092"/>
      </w:tblGrid>
      <w:tr w:rsidR="00A26D48" w:rsidRPr="00E93E79">
        <w:trPr>
          <w:cantSplit/>
          <w:jc w:val="center"/>
        </w:trPr>
        <w:tc>
          <w:tcPr>
            <w:tcW w:w="10092" w:type="dxa"/>
            <w:tcBorders>
              <w:top w:val="single" w:sz="10" w:space="0" w:color="D89B18"/>
              <w:left w:val="single" w:sz="10" w:space="0" w:color="D89B18"/>
              <w:bottom w:val="single" w:sz="10" w:space="0" w:color="D89B18"/>
              <w:right w:val="single" w:sz="10" w:space="0" w:color="D89B18"/>
            </w:tcBorders>
            <w:shd w:val="clear" w:color="auto" w:fill="FFF7E8"/>
            <w:tcMar>
              <w:top w:w="130" w:type="dxa"/>
              <w:left w:w="160" w:type="dxa"/>
              <w:bottom w:w="130" w:type="dxa"/>
              <w:right w:w="160" w:type="dxa"/>
            </w:tcMar>
          </w:tcPr>
          <w:p w:rsidR="00A26D48" w:rsidRPr="00E93E79" w:rsidRDefault="008158D5" w:rsidP="00691E5C">
            <w:pPr>
              <w:spacing w:after="80"/>
              <w:rPr>
                <w:sz w:val="32"/>
                <w:szCs w:val="32"/>
              </w:rPr>
            </w:pPr>
            <w:r w:rsidRPr="00E93E79">
              <w:rPr>
                <w:rFonts w:ascii="Arial" w:eastAsia="Arial" w:hAnsi="Arial"/>
                <w:b/>
                <w:color w:val="D89B18"/>
                <w:sz w:val="32"/>
                <w:szCs w:val="32"/>
              </w:rPr>
              <w:lastRenderedPageBreak/>
              <w:t>Asosiy topshiriq</w:t>
            </w:r>
          </w:p>
          <w:p w:rsidR="00A26D48" w:rsidRPr="00E93E79" w:rsidRDefault="008158D5" w:rsidP="00691E5C">
            <w:pPr>
              <w:spacing w:after="0"/>
              <w:rPr>
                <w:sz w:val="32"/>
                <w:szCs w:val="32"/>
              </w:rPr>
            </w:pPr>
            <w:r w:rsidRPr="00E93E79">
              <w:rPr>
                <w:color w:val="222222"/>
                <w:sz w:val="32"/>
                <w:szCs w:val="32"/>
              </w:rPr>
              <w:t>“Men O‘zbekiston farzandiman” mavzusida 8-10 gapdan iborat kichik matn yozing. Matnda Vatanga muhabbat, mustaqillikning qadri va kelajakdagi maqsadingizni ifodalang.</w:t>
            </w:r>
          </w:p>
        </w:tc>
      </w:tr>
    </w:tbl>
    <w:p w:rsidR="00A26D48" w:rsidRPr="00E93E79" w:rsidRDefault="00A26D48" w:rsidP="00691E5C">
      <w:pPr>
        <w:spacing w:after="20"/>
        <w:rPr>
          <w:sz w:val="32"/>
          <w:szCs w:val="32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092"/>
        <w:gridCol w:w="56"/>
      </w:tblGrid>
      <w:tr w:rsidR="00A26D48" w:rsidRPr="00E93E79">
        <w:trPr>
          <w:gridAfter w:val="1"/>
          <w:wAfter w:w="56" w:type="dxa"/>
          <w:cantSplit/>
          <w:jc w:val="center"/>
        </w:trPr>
        <w:tc>
          <w:tcPr>
            <w:tcW w:w="10092" w:type="dxa"/>
            <w:tcBorders>
              <w:top w:val="single" w:sz="10" w:space="0" w:color="007FA3"/>
              <w:left w:val="single" w:sz="10" w:space="0" w:color="007FA3"/>
              <w:bottom w:val="single" w:sz="10" w:space="0" w:color="007FA3"/>
              <w:right w:val="single" w:sz="10" w:space="0" w:color="007FA3"/>
            </w:tcBorders>
            <w:shd w:val="clear" w:color="auto" w:fill="EDF7FF"/>
            <w:tcMar>
              <w:top w:w="130" w:type="dxa"/>
              <w:left w:w="160" w:type="dxa"/>
              <w:bottom w:w="130" w:type="dxa"/>
              <w:right w:w="160" w:type="dxa"/>
            </w:tcMar>
          </w:tcPr>
          <w:p w:rsidR="00A26D48" w:rsidRPr="00E93E79" w:rsidRDefault="008158D5" w:rsidP="00691E5C">
            <w:pPr>
              <w:spacing w:after="80"/>
              <w:rPr>
                <w:sz w:val="32"/>
                <w:szCs w:val="32"/>
              </w:rPr>
            </w:pPr>
            <w:r w:rsidRPr="00E93E79">
              <w:rPr>
                <w:rFonts w:ascii="Arial" w:eastAsia="Arial" w:hAnsi="Arial"/>
                <w:b/>
                <w:color w:val="007FA3"/>
                <w:sz w:val="32"/>
                <w:szCs w:val="32"/>
              </w:rPr>
              <w:t>Ijodiy tanlov</w:t>
            </w:r>
          </w:p>
          <w:p w:rsidR="00A26D48" w:rsidRPr="00E93E79" w:rsidRDefault="008158D5" w:rsidP="00691E5C">
            <w:pPr>
              <w:spacing w:after="0"/>
              <w:rPr>
                <w:sz w:val="32"/>
                <w:szCs w:val="32"/>
              </w:rPr>
            </w:pPr>
            <w:r w:rsidRPr="00E93E79">
              <w:rPr>
                <w:color w:val="222222"/>
                <w:sz w:val="32"/>
                <w:szCs w:val="32"/>
              </w:rPr>
              <w:t>Quyidagilardan birini bajaring: 1) “35 yil - 35 ezgu tilak” g‘oyasiga bitta tilak yozilgan kartochka tayyorlash; 2) Mustaqillik mavzusida rasm; 3) davlat ramzlari haqida 5 ta qiziqarli savol tuzish.</w:t>
            </w:r>
          </w:p>
        </w:tc>
      </w:tr>
      <w:tr w:rsidR="00A26D48" w:rsidRPr="00E93E79">
        <w:trPr>
          <w:cantSplit/>
          <w:jc w:val="center"/>
        </w:trPr>
        <w:tc>
          <w:tcPr>
            <w:tcW w:w="10092" w:type="dxa"/>
            <w:gridSpan w:val="2"/>
            <w:tcBorders>
              <w:top w:val="single" w:sz="6" w:space="0" w:color="B92C3A"/>
              <w:left w:val="single" w:sz="6" w:space="0" w:color="B92C3A"/>
              <w:bottom w:val="single" w:sz="6" w:space="0" w:color="B92C3A"/>
              <w:right w:val="single" w:sz="6" w:space="0" w:color="B92C3A"/>
            </w:tcBorders>
            <w:shd w:val="clear" w:color="auto" w:fill="B92C3A"/>
            <w:tcMar>
              <w:top w:w="110" w:type="dxa"/>
              <w:left w:w="160" w:type="dxa"/>
              <w:bottom w:w="110" w:type="dxa"/>
              <w:right w:w="160" w:type="dxa"/>
            </w:tcMar>
          </w:tcPr>
          <w:p w:rsidR="00A26D48" w:rsidRPr="00E93E79" w:rsidRDefault="008158D5" w:rsidP="00691E5C">
            <w:pPr>
              <w:jc w:val="center"/>
              <w:rPr>
                <w:sz w:val="32"/>
                <w:szCs w:val="32"/>
              </w:rPr>
            </w:pPr>
            <w:r w:rsidRPr="00E93E79">
              <w:rPr>
                <w:rFonts w:ascii="Arial" w:eastAsia="Arial" w:hAnsi="Arial"/>
                <w:b/>
                <w:color w:val="FFFFFF"/>
                <w:sz w:val="32"/>
                <w:szCs w:val="32"/>
              </w:rPr>
              <w:t>YAKUNIY SO‘Z</w:t>
            </w:r>
          </w:p>
        </w:tc>
      </w:tr>
    </w:tbl>
    <w:p w:rsidR="00A26D48" w:rsidRPr="00E93E79" w:rsidRDefault="00A26D48" w:rsidP="00691E5C">
      <w:pPr>
        <w:spacing w:after="0"/>
        <w:rPr>
          <w:sz w:val="32"/>
          <w:szCs w:val="32"/>
        </w:rPr>
      </w:pPr>
    </w:p>
    <w:p w:rsidR="00A26D48" w:rsidRPr="00E93E79" w:rsidRDefault="008158D5" w:rsidP="00EB0026">
      <w:pPr>
        <w:ind w:firstLine="567"/>
        <w:jc w:val="both"/>
        <w:rPr>
          <w:sz w:val="32"/>
          <w:szCs w:val="32"/>
        </w:rPr>
      </w:pPr>
      <w:r w:rsidRPr="00E93E79">
        <w:rPr>
          <w:color w:val="333333"/>
          <w:sz w:val="32"/>
          <w:szCs w:val="32"/>
        </w:rPr>
        <w:t>Aziz o‘quvchilar! Mustaqillik - ajdodlar orzusi, bugungi tinch hayotimiz va kelajakka ishonchimizdir. Uni qadrlash har kuni yaxshi o‘qish, odobli bo‘lish, Vatan mulkini asrash, tabiatga g‘amxo‘rlik qilish va yurtimiz nomini ulug‘lashdan boshlanadi. Siz - Yangi O‘zbekistonning bilimli va bunyodkor avlodisiz!</w:t>
      </w:r>
    </w:p>
    <w:sectPr w:rsidR="00A26D48" w:rsidRPr="00E93E79" w:rsidSect="00FF1E56">
      <w:headerReference w:type="default" r:id="rId17"/>
      <w:footerReference w:type="default" r:id="rId18"/>
      <w:pgSz w:w="11906" w:h="16838"/>
      <w:pgMar w:top="794" w:right="907" w:bottom="794" w:left="907" w:header="340" w:footer="3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596D" w:rsidRDefault="00E8596D">
      <w:pPr>
        <w:spacing w:after="0" w:line="240" w:lineRule="auto"/>
      </w:pPr>
      <w:r>
        <w:separator/>
      </w:r>
    </w:p>
  </w:endnote>
  <w:endnote w:type="continuationSeparator" w:id="0">
    <w:p w:rsidR="00E8596D" w:rsidRDefault="00E85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6D48" w:rsidRDefault="00A26D48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596D" w:rsidRDefault="00E8596D">
      <w:pPr>
        <w:spacing w:after="0" w:line="240" w:lineRule="auto"/>
      </w:pPr>
      <w:r>
        <w:separator/>
      </w:r>
    </w:p>
  </w:footnote>
  <w:footnote w:type="continuationSeparator" w:id="0">
    <w:p w:rsidR="00E8596D" w:rsidRDefault="00E85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6D48" w:rsidRDefault="00A26D48">
    <w:pPr>
      <w:pStyle w:val="a5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216F58F4"/>
    <w:multiLevelType w:val="hybridMultilevel"/>
    <w:tmpl w:val="6932FF8E"/>
    <w:lvl w:ilvl="0" w:tplc="9E720C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0"/>
        <w:szCs w:val="3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D0970"/>
    <w:rsid w:val="0015074B"/>
    <w:rsid w:val="00152AC2"/>
    <w:rsid w:val="00185120"/>
    <w:rsid w:val="0029639D"/>
    <w:rsid w:val="00326F90"/>
    <w:rsid w:val="0033772B"/>
    <w:rsid w:val="00355434"/>
    <w:rsid w:val="00361369"/>
    <w:rsid w:val="00380D7D"/>
    <w:rsid w:val="004162A7"/>
    <w:rsid w:val="004D5120"/>
    <w:rsid w:val="00571D2D"/>
    <w:rsid w:val="00652BC6"/>
    <w:rsid w:val="00691E5C"/>
    <w:rsid w:val="0078766F"/>
    <w:rsid w:val="008158D5"/>
    <w:rsid w:val="0082365F"/>
    <w:rsid w:val="00956379"/>
    <w:rsid w:val="00A26D48"/>
    <w:rsid w:val="00AA1D8D"/>
    <w:rsid w:val="00AB27D7"/>
    <w:rsid w:val="00B47730"/>
    <w:rsid w:val="00C53EA6"/>
    <w:rsid w:val="00CB0664"/>
    <w:rsid w:val="00D0109D"/>
    <w:rsid w:val="00E8596D"/>
    <w:rsid w:val="00E93E79"/>
    <w:rsid w:val="00EB0026"/>
    <w:rsid w:val="00F90CF4"/>
    <w:rsid w:val="00FC693F"/>
    <w:rsid w:val="00FF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1">
    <w:name w:val="Normal"/>
    <w:qFormat/>
    <w:rsid w:val="00FC693F"/>
    <w:pPr>
      <w:spacing w:after="200" w:line="276" w:lineRule="auto"/>
    </w:pPr>
    <w:rPr>
      <w:rFonts w:ascii="Times New Roman" w:eastAsia="Times New Roman" w:hAnsi="Times New Roman"/>
      <w:sz w:val="28"/>
      <w:szCs w:val="22"/>
      <w:lang w:val="en-US" w:eastAsia="en-US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="Calibri" w:eastAsia="MS Gothic" w:hAnsi="Calibri"/>
      <w:b/>
      <w:bCs/>
      <w:color w:val="365F91"/>
      <w:szCs w:val="28"/>
    </w:rPr>
  </w:style>
  <w:style w:type="paragraph" w:styleId="21">
    <w:name w:val="heading 2"/>
    <w:basedOn w:val="a1"/>
    <w:next w:val="a1"/>
    <w:link w:val="22"/>
    <w:uiPriority w:val="9"/>
    <w:qFormat/>
    <w:rsid w:val="00FC693F"/>
    <w:pPr>
      <w:keepNext/>
      <w:keepLines/>
      <w:spacing w:before="200" w:after="0"/>
      <w:outlineLvl w:val="1"/>
    </w:pPr>
    <w:rPr>
      <w:rFonts w:ascii="Calibri" w:eastAsia="MS Gothic" w:hAnsi="Calibri"/>
      <w:b/>
      <w:bCs/>
      <w:color w:val="4F81BD"/>
      <w:sz w:val="26"/>
      <w:szCs w:val="26"/>
    </w:rPr>
  </w:style>
  <w:style w:type="paragraph" w:styleId="31">
    <w:name w:val="heading 3"/>
    <w:basedOn w:val="a1"/>
    <w:next w:val="a1"/>
    <w:link w:val="32"/>
    <w:uiPriority w:val="9"/>
    <w:qFormat/>
    <w:rsid w:val="00FC693F"/>
    <w:pPr>
      <w:keepNext/>
      <w:keepLines/>
      <w:spacing w:before="200" w:after="0"/>
      <w:outlineLvl w:val="2"/>
    </w:pPr>
    <w:rPr>
      <w:rFonts w:ascii="Calibri" w:eastAsia="MS Gothic" w:hAnsi="Calibri"/>
      <w:b/>
      <w:bCs/>
      <w:color w:val="4F81BD"/>
    </w:rPr>
  </w:style>
  <w:style w:type="paragraph" w:styleId="4">
    <w:name w:val="heading 4"/>
    <w:basedOn w:val="a1"/>
    <w:next w:val="a1"/>
    <w:link w:val="40"/>
    <w:uiPriority w:val="9"/>
    <w:qFormat/>
    <w:rsid w:val="00FC693F"/>
    <w:pPr>
      <w:keepNext/>
      <w:keepLines/>
      <w:spacing w:before="200" w:after="0"/>
      <w:outlineLvl w:val="3"/>
    </w:pPr>
    <w:rPr>
      <w:rFonts w:ascii="Calibri" w:eastAsia="MS Gothic" w:hAnsi="Calibri"/>
      <w:b/>
      <w:bCs/>
      <w:i/>
      <w:iCs/>
      <w:color w:val="4F81BD"/>
    </w:rPr>
  </w:style>
  <w:style w:type="paragraph" w:styleId="5">
    <w:name w:val="heading 5"/>
    <w:basedOn w:val="a1"/>
    <w:next w:val="a1"/>
    <w:link w:val="50"/>
    <w:uiPriority w:val="9"/>
    <w:qFormat/>
    <w:rsid w:val="00FC693F"/>
    <w:pPr>
      <w:keepNext/>
      <w:keepLines/>
      <w:spacing w:before="200" w:after="0"/>
      <w:outlineLvl w:val="4"/>
    </w:pPr>
    <w:rPr>
      <w:rFonts w:ascii="Calibri" w:eastAsia="MS Gothic" w:hAnsi="Calibri"/>
      <w:color w:val="243F60"/>
    </w:rPr>
  </w:style>
  <w:style w:type="paragraph" w:styleId="6">
    <w:name w:val="heading 6"/>
    <w:basedOn w:val="a1"/>
    <w:next w:val="a1"/>
    <w:link w:val="60"/>
    <w:uiPriority w:val="9"/>
    <w:qFormat/>
    <w:rsid w:val="00FC693F"/>
    <w:pPr>
      <w:keepNext/>
      <w:keepLines/>
      <w:spacing w:before="200" w:after="0"/>
      <w:outlineLvl w:val="5"/>
    </w:pPr>
    <w:rPr>
      <w:rFonts w:ascii="Calibri" w:eastAsia="MS Gothic" w:hAnsi="Calibri"/>
      <w:i/>
      <w:iCs/>
      <w:color w:val="243F60"/>
    </w:rPr>
  </w:style>
  <w:style w:type="paragraph" w:styleId="7">
    <w:name w:val="heading 7"/>
    <w:basedOn w:val="a1"/>
    <w:next w:val="a1"/>
    <w:link w:val="70"/>
    <w:uiPriority w:val="9"/>
    <w:qFormat/>
    <w:rsid w:val="00FC693F"/>
    <w:pPr>
      <w:keepNext/>
      <w:keepLines/>
      <w:spacing w:before="200" w:after="0"/>
      <w:outlineLvl w:val="6"/>
    </w:pPr>
    <w:rPr>
      <w:rFonts w:ascii="Calibri" w:eastAsia="MS Gothic" w:hAnsi="Calibri"/>
      <w:i/>
      <w:iCs/>
      <w:color w:val="404040"/>
    </w:rPr>
  </w:style>
  <w:style w:type="paragraph" w:styleId="8">
    <w:name w:val="heading 8"/>
    <w:basedOn w:val="a1"/>
    <w:next w:val="a1"/>
    <w:link w:val="80"/>
    <w:uiPriority w:val="9"/>
    <w:qFormat/>
    <w:rsid w:val="00FC693F"/>
    <w:pPr>
      <w:keepNext/>
      <w:keepLines/>
      <w:spacing w:before="200" w:after="0"/>
      <w:outlineLvl w:val="7"/>
    </w:pPr>
    <w:rPr>
      <w:rFonts w:ascii="Calibri" w:eastAsia="MS Gothic" w:hAnsi="Calibri"/>
      <w:color w:val="4F81BD"/>
      <w:sz w:val="20"/>
      <w:szCs w:val="20"/>
    </w:rPr>
  </w:style>
  <w:style w:type="paragraph" w:styleId="9">
    <w:name w:val="heading 9"/>
    <w:basedOn w:val="a1"/>
    <w:next w:val="a1"/>
    <w:link w:val="90"/>
    <w:uiPriority w:val="9"/>
    <w:qFormat/>
    <w:rsid w:val="00FC693F"/>
    <w:pPr>
      <w:keepNext/>
      <w:keepLines/>
      <w:spacing w:before="200" w:after="0"/>
      <w:outlineLvl w:val="8"/>
    </w:pPr>
    <w:rPr>
      <w:rFonts w:ascii="Calibri" w:eastAsia="MS Gothic" w:hAnsi="Calibri"/>
      <w:i/>
      <w:iCs/>
      <w:color w:val="404040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rPr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FC693F"/>
    <w:rPr>
      <w:rFonts w:ascii="Calibri" w:eastAsia="MS Gothic" w:hAnsi="Calibri" w:cs="Times New Roman"/>
      <w:b/>
      <w:bCs/>
      <w:color w:val="365F91"/>
      <w:sz w:val="28"/>
      <w:szCs w:val="28"/>
    </w:rPr>
  </w:style>
  <w:style w:type="character" w:customStyle="1" w:styleId="22">
    <w:name w:val="Заголовок 2 Знак"/>
    <w:link w:val="21"/>
    <w:uiPriority w:val="9"/>
    <w:rsid w:val="00FC693F"/>
    <w:rPr>
      <w:rFonts w:ascii="Calibri" w:eastAsia="MS Gothic" w:hAnsi="Calibri" w:cs="Times New Roman"/>
      <w:b/>
      <w:bCs/>
      <w:color w:val="4F81BD"/>
      <w:sz w:val="26"/>
      <w:szCs w:val="26"/>
    </w:rPr>
  </w:style>
  <w:style w:type="character" w:customStyle="1" w:styleId="32">
    <w:name w:val="Заголовок 3 Знак"/>
    <w:link w:val="31"/>
    <w:uiPriority w:val="9"/>
    <w:rsid w:val="00FC693F"/>
    <w:rPr>
      <w:rFonts w:ascii="Calibri" w:eastAsia="MS Gothic" w:hAnsi="Calibri" w:cs="Times New Roman"/>
      <w:b/>
      <w:bCs/>
      <w:color w:val="4F81BD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/>
      </w:pBdr>
      <w:spacing w:after="300" w:line="240" w:lineRule="auto"/>
      <w:contextualSpacing/>
    </w:pPr>
    <w:rPr>
      <w:rFonts w:ascii="Calibri" w:eastAsia="MS Gothic" w:hAnsi="Calibri"/>
      <w:color w:val="17365D"/>
      <w:spacing w:val="5"/>
      <w:kern w:val="28"/>
      <w:sz w:val="52"/>
      <w:szCs w:val="52"/>
    </w:rPr>
  </w:style>
  <w:style w:type="character" w:customStyle="1" w:styleId="ab">
    <w:name w:val="Название Знак"/>
    <w:link w:val="aa"/>
    <w:uiPriority w:val="10"/>
    <w:rsid w:val="00FC693F"/>
    <w:rPr>
      <w:rFonts w:ascii="Calibri" w:eastAsia="MS Gothic" w:hAnsi="Calibri" w:cs="Times New Roman"/>
      <w:color w:val="17365D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="Calibri" w:eastAsia="MS Gothic" w:hAnsi="Calibri"/>
      <w:i/>
      <w:iCs/>
      <w:color w:val="4F81BD"/>
      <w:spacing w:val="15"/>
      <w:sz w:val="24"/>
      <w:szCs w:val="24"/>
    </w:rPr>
  </w:style>
  <w:style w:type="character" w:customStyle="1" w:styleId="ad">
    <w:name w:val="Подзаголовок Знак"/>
    <w:link w:val="ac"/>
    <w:uiPriority w:val="11"/>
    <w:rsid w:val="00FC693F"/>
    <w:rPr>
      <w:rFonts w:ascii="Calibri" w:eastAsia="MS Gothic" w:hAnsi="Calibri" w:cs="Times New Roman"/>
      <w:i/>
      <w:iCs/>
      <w:color w:val="4F81BD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/>
      <w:lang w:val="en-US" w:eastAsia="en-US"/>
    </w:rPr>
  </w:style>
  <w:style w:type="character" w:customStyle="1" w:styleId="af4">
    <w:name w:val="Текст макроса Знак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/>
    </w:rPr>
  </w:style>
  <w:style w:type="character" w:customStyle="1" w:styleId="28">
    <w:name w:val="Цитата 2 Знак"/>
    <w:link w:val="27"/>
    <w:uiPriority w:val="29"/>
    <w:rsid w:val="00FC693F"/>
    <w:rPr>
      <w:i/>
      <w:iCs/>
      <w:color w:val="000000"/>
    </w:rPr>
  </w:style>
  <w:style w:type="character" w:customStyle="1" w:styleId="40">
    <w:name w:val="Заголовок 4 Знак"/>
    <w:link w:val="4"/>
    <w:uiPriority w:val="9"/>
    <w:semiHidden/>
    <w:rsid w:val="00FC693F"/>
    <w:rPr>
      <w:rFonts w:ascii="Calibri" w:eastAsia="MS Gothic" w:hAnsi="Calibri" w:cs="Times New Roman"/>
      <w:b/>
      <w:bCs/>
      <w:i/>
      <w:iCs/>
      <w:color w:val="4F81BD"/>
    </w:rPr>
  </w:style>
  <w:style w:type="character" w:customStyle="1" w:styleId="50">
    <w:name w:val="Заголовок 5 Знак"/>
    <w:link w:val="5"/>
    <w:uiPriority w:val="9"/>
    <w:semiHidden/>
    <w:rsid w:val="00FC693F"/>
    <w:rPr>
      <w:rFonts w:ascii="Calibri" w:eastAsia="MS Gothic" w:hAnsi="Calibri" w:cs="Times New Roman"/>
      <w:color w:val="243F60"/>
    </w:rPr>
  </w:style>
  <w:style w:type="character" w:customStyle="1" w:styleId="60">
    <w:name w:val="Заголовок 6 Знак"/>
    <w:link w:val="6"/>
    <w:uiPriority w:val="9"/>
    <w:semiHidden/>
    <w:rsid w:val="00FC693F"/>
    <w:rPr>
      <w:rFonts w:ascii="Calibri" w:eastAsia="MS Gothic" w:hAnsi="Calibri" w:cs="Times New Roman"/>
      <w:i/>
      <w:iCs/>
      <w:color w:val="243F60"/>
    </w:rPr>
  </w:style>
  <w:style w:type="character" w:customStyle="1" w:styleId="70">
    <w:name w:val="Заголовок 7 Знак"/>
    <w:link w:val="7"/>
    <w:uiPriority w:val="9"/>
    <w:semiHidden/>
    <w:rsid w:val="00FC693F"/>
    <w:rPr>
      <w:rFonts w:ascii="Calibri" w:eastAsia="MS Gothic" w:hAnsi="Calibri" w:cs="Times New Roman"/>
      <w:i/>
      <w:iCs/>
      <w:color w:val="404040"/>
    </w:rPr>
  </w:style>
  <w:style w:type="character" w:customStyle="1" w:styleId="80">
    <w:name w:val="Заголовок 8 Знак"/>
    <w:link w:val="8"/>
    <w:uiPriority w:val="9"/>
    <w:semiHidden/>
    <w:rsid w:val="00FC693F"/>
    <w:rPr>
      <w:rFonts w:ascii="Calibri" w:eastAsia="MS Gothic" w:hAnsi="Calibri" w:cs="Times New Roman"/>
      <w:color w:val="4F81BD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FC693F"/>
    <w:rPr>
      <w:rFonts w:ascii="Calibri" w:eastAsia="MS Gothic" w:hAnsi="Calibri" w:cs="Times New Roman"/>
      <w:i/>
      <w:iCs/>
      <w:color w:val="404040"/>
      <w:sz w:val="20"/>
      <w:szCs w:val="20"/>
    </w:rPr>
  </w:style>
  <w:style w:type="paragraph" w:styleId="af5">
    <w:name w:val="caption"/>
    <w:basedOn w:val="a1"/>
    <w:next w:val="a1"/>
    <w:uiPriority w:val="35"/>
    <w:qFormat/>
    <w:rsid w:val="00FC693F"/>
    <w:pPr>
      <w:spacing w:line="240" w:lineRule="auto"/>
    </w:pPr>
    <w:rPr>
      <w:b/>
      <w:bCs/>
      <w:color w:val="4F81BD"/>
      <w:sz w:val="18"/>
      <w:szCs w:val="18"/>
    </w:rPr>
  </w:style>
  <w:style w:type="character" w:styleId="af6">
    <w:name w:val="Strong"/>
    <w:uiPriority w:val="22"/>
    <w:qFormat/>
    <w:rsid w:val="00FC693F"/>
    <w:rPr>
      <w:b/>
      <w:bCs/>
    </w:rPr>
  </w:style>
  <w:style w:type="character" w:styleId="af7">
    <w:name w:val="Emphasis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f9">
    <w:name w:val="Выделенная цитата Знак"/>
    <w:link w:val="af8"/>
    <w:uiPriority w:val="30"/>
    <w:rsid w:val="00FC693F"/>
    <w:rPr>
      <w:b/>
      <w:bCs/>
      <w:i/>
      <w:iCs/>
      <w:color w:val="4F81BD"/>
    </w:rPr>
  </w:style>
  <w:style w:type="character" w:styleId="afa">
    <w:name w:val="Subtle Emphasis"/>
    <w:uiPriority w:val="19"/>
    <w:qFormat/>
    <w:rsid w:val="00FC693F"/>
    <w:rPr>
      <w:i/>
      <w:iCs/>
      <w:color w:val="808080"/>
    </w:rPr>
  </w:style>
  <w:style w:type="character" w:styleId="afb">
    <w:name w:val="Intense Emphasis"/>
    <w:uiPriority w:val="21"/>
    <w:qFormat/>
    <w:rsid w:val="00FC693F"/>
    <w:rPr>
      <w:b/>
      <w:bCs/>
      <w:i/>
      <w:iCs/>
      <w:color w:val="4F81BD"/>
    </w:rPr>
  </w:style>
  <w:style w:type="character" w:styleId="afc">
    <w:name w:val="Subtle Reference"/>
    <w:uiPriority w:val="31"/>
    <w:qFormat/>
    <w:rsid w:val="00FC693F"/>
    <w:rPr>
      <w:smallCaps/>
      <w:color w:val="C0504D"/>
      <w:u w:val="single"/>
    </w:rPr>
  </w:style>
  <w:style w:type="character" w:styleId="afd">
    <w:name w:val="Intense Reference"/>
    <w:uiPriority w:val="32"/>
    <w:qFormat/>
    <w:rsid w:val="00FC693F"/>
    <w:rPr>
      <w:b/>
      <w:bCs/>
      <w:smallCaps/>
      <w:color w:val="C0504D"/>
      <w:spacing w:val="5"/>
      <w:u w:val="single"/>
    </w:rPr>
  </w:style>
  <w:style w:type="character" w:styleId="afe">
    <w:name w:val="Book Title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-1">
    <w:name w:val="Light Shading Accent 1"/>
    <w:basedOn w:val="a3"/>
    <w:uiPriority w:val="60"/>
    <w:rsid w:val="00FC693F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-2">
    <w:name w:val="Light Shading Accent 2"/>
    <w:basedOn w:val="a3"/>
    <w:uiPriority w:val="60"/>
    <w:rsid w:val="00FC693F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-3">
    <w:name w:val="Light Shading Accent 3"/>
    <w:basedOn w:val="a3"/>
    <w:uiPriority w:val="60"/>
    <w:rsid w:val="00FC693F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-4">
    <w:name w:val="Light Shading Accent 4"/>
    <w:basedOn w:val="a3"/>
    <w:uiPriority w:val="60"/>
    <w:rsid w:val="00FC693F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-5">
    <w:name w:val="Light Shading Accent 5"/>
    <w:basedOn w:val="a3"/>
    <w:uiPriority w:val="60"/>
    <w:rsid w:val="00FC693F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-6">
    <w:name w:val="Light Shading Accent 6"/>
    <w:basedOn w:val="a3"/>
    <w:uiPriority w:val="60"/>
    <w:rsid w:val="00FC693F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aff2">
    <w:name w:val="Light List"/>
    <w:basedOn w:val="a3"/>
    <w:uiPriority w:val="61"/>
    <w:rsid w:val="00FC693F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-10">
    <w:name w:val="Light List Accent 1"/>
    <w:basedOn w:val="a3"/>
    <w:uiPriority w:val="61"/>
    <w:rsid w:val="00FC693F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-20">
    <w:name w:val="Light List Accent 2"/>
    <w:basedOn w:val="a3"/>
    <w:uiPriority w:val="61"/>
    <w:rsid w:val="00CB0664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-30">
    <w:name w:val="Light List Accent 3"/>
    <w:basedOn w:val="a3"/>
    <w:uiPriority w:val="61"/>
    <w:rsid w:val="00CB0664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-40">
    <w:name w:val="Light List Accent 4"/>
    <w:basedOn w:val="a3"/>
    <w:uiPriority w:val="61"/>
    <w:rsid w:val="00CB0664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-50">
    <w:name w:val="Light List Accent 5"/>
    <w:basedOn w:val="a3"/>
    <w:uiPriority w:val="61"/>
    <w:rsid w:val="00CB0664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-60">
    <w:name w:val="Light List Accent 6"/>
    <w:basedOn w:val="a3"/>
    <w:uiPriority w:val="61"/>
    <w:rsid w:val="00CB0664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aff3">
    <w:name w:val="Light Grid"/>
    <w:basedOn w:val="a3"/>
    <w:uiPriority w:val="62"/>
    <w:rsid w:val="00CB0664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-11">
    <w:name w:val="Light Grid Accent 1"/>
    <w:basedOn w:val="a3"/>
    <w:uiPriority w:val="62"/>
    <w:rsid w:val="00CB0664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-21">
    <w:name w:val="Light Grid Accent 2"/>
    <w:basedOn w:val="a3"/>
    <w:uiPriority w:val="62"/>
    <w:rsid w:val="00CB0664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-31">
    <w:name w:val="Light Grid Accent 3"/>
    <w:basedOn w:val="a3"/>
    <w:uiPriority w:val="62"/>
    <w:rsid w:val="00CB0664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-41">
    <w:name w:val="Light Grid Accent 4"/>
    <w:basedOn w:val="a3"/>
    <w:uiPriority w:val="62"/>
    <w:rsid w:val="00CB0664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-51">
    <w:name w:val="Light Grid Accent 5"/>
    <w:basedOn w:val="a3"/>
    <w:uiPriority w:val="62"/>
    <w:rsid w:val="00CB0664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-61">
    <w:name w:val="Light Grid Accent 6"/>
    <w:basedOn w:val="a3"/>
    <w:uiPriority w:val="62"/>
    <w:rsid w:val="00CB0664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11">
    <w:name w:val="Medium Shading 1"/>
    <w:basedOn w:val="a3"/>
    <w:uiPriority w:val="63"/>
    <w:rsid w:val="00CB0664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1-10">
    <w:name w:val="Medium List 1 Accent 1"/>
    <w:basedOn w:val="a3"/>
    <w:uiPriority w:val="65"/>
    <w:rsid w:val="00CB0664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1-20">
    <w:name w:val="Medium List 1 Accent 2"/>
    <w:basedOn w:val="a3"/>
    <w:uiPriority w:val="65"/>
    <w:rsid w:val="00CB0664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1-30">
    <w:name w:val="Medium List 1 Accent 3"/>
    <w:basedOn w:val="a3"/>
    <w:uiPriority w:val="65"/>
    <w:rsid w:val="00CB0664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1-40">
    <w:name w:val="Medium List 1 Accent 4"/>
    <w:basedOn w:val="a3"/>
    <w:uiPriority w:val="65"/>
    <w:rsid w:val="00CB0664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1-50">
    <w:name w:val="Medium List 1 Accent 5"/>
    <w:basedOn w:val="a3"/>
    <w:uiPriority w:val="65"/>
    <w:rsid w:val="00CB0664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1-60">
    <w:name w:val="Medium List 1 Accent 6"/>
    <w:basedOn w:val="a3"/>
    <w:uiPriority w:val="65"/>
    <w:rsid w:val="00CB0664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2a">
    <w:name w:val="Medium List 2"/>
    <w:basedOn w:val="a3"/>
    <w:uiPriority w:val="66"/>
    <w:rsid w:val="00CB0664"/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1-11">
    <w:name w:val="Medium Grid 1 Accent 1"/>
    <w:basedOn w:val="a3"/>
    <w:uiPriority w:val="67"/>
    <w:rsid w:val="00CB0664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1-21">
    <w:name w:val="Medium Grid 1 Accent 2"/>
    <w:basedOn w:val="a3"/>
    <w:uiPriority w:val="67"/>
    <w:rsid w:val="00CB0664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1-31">
    <w:name w:val="Medium Grid 1 Accent 3"/>
    <w:basedOn w:val="a3"/>
    <w:uiPriority w:val="67"/>
    <w:rsid w:val="00CB0664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1-41">
    <w:name w:val="Medium Grid 1 Accent 4"/>
    <w:basedOn w:val="a3"/>
    <w:uiPriority w:val="67"/>
    <w:rsid w:val="00CB0664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1-51">
    <w:name w:val="Medium Grid 1 Accent 5"/>
    <w:basedOn w:val="a3"/>
    <w:uiPriority w:val="67"/>
    <w:rsid w:val="00CB0664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1-61">
    <w:name w:val="Medium Grid 1 Accent 6"/>
    <w:basedOn w:val="a3"/>
    <w:uiPriority w:val="67"/>
    <w:rsid w:val="00CB0664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2b">
    <w:name w:val="Medium Grid 2"/>
    <w:basedOn w:val="a3"/>
    <w:uiPriority w:val="68"/>
    <w:rsid w:val="00CB0664"/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2-11">
    <w:name w:val="Medium Grid 2 Accent 1"/>
    <w:basedOn w:val="a3"/>
    <w:uiPriority w:val="68"/>
    <w:rsid w:val="00CB0664"/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2-21">
    <w:name w:val="Medium Grid 2 Accent 2"/>
    <w:basedOn w:val="a3"/>
    <w:uiPriority w:val="68"/>
    <w:rsid w:val="00CB0664"/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2-31">
    <w:name w:val="Medium Grid 2 Accent 3"/>
    <w:basedOn w:val="a3"/>
    <w:uiPriority w:val="68"/>
    <w:rsid w:val="00CB0664"/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2-41">
    <w:name w:val="Medium Grid 2 Accent 4"/>
    <w:basedOn w:val="a3"/>
    <w:uiPriority w:val="68"/>
    <w:rsid w:val="00CB0664"/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2-51">
    <w:name w:val="Medium Grid 2 Accent 5"/>
    <w:basedOn w:val="a3"/>
    <w:uiPriority w:val="68"/>
    <w:rsid w:val="00CB0664"/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2-61">
    <w:name w:val="Medium Grid 2 Accent 6"/>
    <w:basedOn w:val="a3"/>
    <w:uiPriority w:val="68"/>
    <w:rsid w:val="00CB0664"/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37">
    <w:name w:val="Medium Grid 3"/>
    <w:basedOn w:val="a3"/>
    <w:uiPriority w:val="69"/>
    <w:rsid w:val="00CB0664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3-1">
    <w:name w:val="Medium Grid 3 Accent 1"/>
    <w:basedOn w:val="a3"/>
    <w:uiPriority w:val="69"/>
    <w:rsid w:val="00CB0664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3-2">
    <w:name w:val="Medium Grid 3 Accent 2"/>
    <w:basedOn w:val="a3"/>
    <w:uiPriority w:val="69"/>
    <w:rsid w:val="00CB0664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3-3">
    <w:name w:val="Medium Grid 3 Accent 3"/>
    <w:basedOn w:val="a3"/>
    <w:uiPriority w:val="69"/>
    <w:rsid w:val="00CB0664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3-4">
    <w:name w:val="Medium Grid 3 Accent 4"/>
    <w:basedOn w:val="a3"/>
    <w:uiPriority w:val="69"/>
    <w:rsid w:val="00CB0664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3-5">
    <w:name w:val="Medium Grid 3 Accent 5"/>
    <w:basedOn w:val="a3"/>
    <w:uiPriority w:val="69"/>
    <w:rsid w:val="00CB0664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3-6">
    <w:name w:val="Medium Grid 3 Accent 6"/>
    <w:basedOn w:val="a3"/>
    <w:uiPriority w:val="69"/>
    <w:rsid w:val="00CB0664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aff4">
    <w:name w:val="Dark List"/>
    <w:basedOn w:val="a3"/>
    <w:uiPriority w:val="70"/>
    <w:rsid w:val="00CB0664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-12">
    <w:name w:val="Dark List Accent 1"/>
    <w:basedOn w:val="a3"/>
    <w:uiPriority w:val="70"/>
    <w:rsid w:val="00CB0664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-22">
    <w:name w:val="Dark List Accent 2"/>
    <w:basedOn w:val="a3"/>
    <w:uiPriority w:val="70"/>
    <w:rsid w:val="00CB0664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-32">
    <w:name w:val="Dark List Accent 3"/>
    <w:basedOn w:val="a3"/>
    <w:uiPriority w:val="70"/>
    <w:rsid w:val="00CB0664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-42">
    <w:name w:val="Dark List Accent 4"/>
    <w:basedOn w:val="a3"/>
    <w:uiPriority w:val="70"/>
    <w:rsid w:val="00CB0664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-52">
    <w:name w:val="Dark List Accent 5"/>
    <w:basedOn w:val="a3"/>
    <w:uiPriority w:val="70"/>
    <w:rsid w:val="00CB0664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-62">
    <w:name w:val="Dark List Accent 6"/>
    <w:basedOn w:val="a3"/>
    <w:uiPriority w:val="70"/>
    <w:rsid w:val="00CB0664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aff5">
    <w:name w:val="Colorful Shading"/>
    <w:basedOn w:val="a3"/>
    <w:uiPriority w:val="71"/>
    <w:rsid w:val="00CB0664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13">
    <w:name w:val="Colorful Shading Accent 1"/>
    <w:basedOn w:val="a3"/>
    <w:uiPriority w:val="71"/>
    <w:rsid w:val="00CB0664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23">
    <w:name w:val="Colorful Shading Accent 2"/>
    <w:basedOn w:val="a3"/>
    <w:uiPriority w:val="71"/>
    <w:rsid w:val="00CB0664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33">
    <w:name w:val="Colorful Shading Accent 3"/>
    <w:basedOn w:val="a3"/>
    <w:uiPriority w:val="71"/>
    <w:rsid w:val="00CB0664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-43">
    <w:name w:val="Colorful Shading Accent 4"/>
    <w:basedOn w:val="a3"/>
    <w:uiPriority w:val="71"/>
    <w:rsid w:val="00CB0664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53">
    <w:name w:val="Colorful Shading Accent 5"/>
    <w:basedOn w:val="a3"/>
    <w:uiPriority w:val="71"/>
    <w:rsid w:val="00CB0664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63">
    <w:name w:val="Colorful Shading Accent 6"/>
    <w:basedOn w:val="a3"/>
    <w:uiPriority w:val="71"/>
    <w:rsid w:val="00CB0664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aff6">
    <w:name w:val="Colorful List"/>
    <w:basedOn w:val="a3"/>
    <w:uiPriority w:val="72"/>
    <w:rsid w:val="00CB0664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-14">
    <w:name w:val="Colorful List Accent 1"/>
    <w:basedOn w:val="a3"/>
    <w:uiPriority w:val="72"/>
    <w:rsid w:val="00CB0664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-24">
    <w:name w:val="Colorful List Accent 2"/>
    <w:basedOn w:val="a3"/>
    <w:uiPriority w:val="72"/>
    <w:rsid w:val="00CB0664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-34">
    <w:name w:val="Colorful List Accent 3"/>
    <w:basedOn w:val="a3"/>
    <w:uiPriority w:val="72"/>
    <w:rsid w:val="00CB0664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-44">
    <w:name w:val="Colorful List Accent 4"/>
    <w:basedOn w:val="a3"/>
    <w:uiPriority w:val="72"/>
    <w:rsid w:val="00CB0664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-54">
    <w:name w:val="Colorful List Accent 5"/>
    <w:basedOn w:val="a3"/>
    <w:uiPriority w:val="72"/>
    <w:rsid w:val="00CB0664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-64">
    <w:name w:val="Colorful List Accent 6"/>
    <w:basedOn w:val="a3"/>
    <w:uiPriority w:val="72"/>
    <w:rsid w:val="00CB0664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aff7">
    <w:name w:val="Colorful Grid"/>
    <w:basedOn w:val="a3"/>
    <w:uiPriority w:val="73"/>
    <w:rsid w:val="00CB0664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-15">
    <w:name w:val="Colorful Grid Accent 1"/>
    <w:basedOn w:val="a3"/>
    <w:uiPriority w:val="73"/>
    <w:rsid w:val="00CB0664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-25">
    <w:name w:val="Colorful Grid Accent 2"/>
    <w:basedOn w:val="a3"/>
    <w:uiPriority w:val="73"/>
    <w:rsid w:val="00CB0664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-35">
    <w:name w:val="Colorful Grid Accent 3"/>
    <w:basedOn w:val="a3"/>
    <w:uiPriority w:val="73"/>
    <w:rsid w:val="00CB0664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-45">
    <w:name w:val="Colorful Grid Accent 4"/>
    <w:basedOn w:val="a3"/>
    <w:uiPriority w:val="73"/>
    <w:rsid w:val="00CB0664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-55">
    <w:name w:val="Colorful Grid Accent 5"/>
    <w:basedOn w:val="a3"/>
    <w:uiPriority w:val="73"/>
    <w:rsid w:val="00CB0664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-65">
    <w:name w:val="Colorful Grid Accent 6"/>
    <w:basedOn w:val="a3"/>
    <w:uiPriority w:val="73"/>
    <w:rsid w:val="00CB0664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paragraph" w:styleId="aff8">
    <w:name w:val="Balloon Text"/>
    <w:basedOn w:val="a1"/>
    <w:link w:val="aff9"/>
    <w:uiPriority w:val="99"/>
    <w:semiHidden/>
    <w:unhideWhenUsed/>
    <w:rsid w:val="00F90C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F90CF4"/>
    <w:rPr>
      <w:rFonts w:ascii="Tahoma" w:eastAsia="Times New Roman" w:hAnsi="Tahoma" w:cs="Tahoma"/>
      <w:sz w:val="16"/>
      <w:szCs w:val="16"/>
      <w:lang w:val="en-US" w:eastAsia="en-US"/>
    </w:rPr>
  </w:style>
  <w:style w:type="character" w:styleId="affa">
    <w:name w:val="Hyperlink"/>
    <w:basedOn w:val="a2"/>
    <w:semiHidden/>
    <w:unhideWhenUsed/>
    <w:rsid w:val="0082365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1">
    <w:name w:val="Normal"/>
    <w:qFormat/>
    <w:rsid w:val="00FC693F"/>
    <w:pPr>
      <w:spacing w:after="200" w:line="276" w:lineRule="auto"/>
    </w:pPr>
    <w:rPr>
      <w:rFonts w:ascii="Times New Roman" w:eastAsia="Times New Roman" w:hAnsi="Times New Roman"/>
      <w:sz w:val="28"/>
      <w:szCs w:val="22"/>
      <w:lang w:val="en-US" w:eastAsia="en-US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="Calibri" w:eastAsia="MS Gothic" w:hAnsi="Calibri"/>
      <w:b/>
      <w:bCs/>
      <w:color w:val="365F91"/>
      <w:szCs w:val="28"/>
    </w:rPr>
  </w:style>
  <w:style w:type="paragraph" w:styleId="21">
    <w:name w:val="heading 2"/>
    <w:basedOn w:val="a1"/>
    <w:next w:val="a1"/>
    <w:link w:val="22"/>
    <w:uiPriority w:val="9"/>
    <w:qFormat/>
    <w:rsid w:val="00FC693F"/>
    <w:pPr>
      <w:keepNext/>
      <w:keepLines/>
      <w:spacing w:before="200" w:after="0"/>
      <w:outlineLvl w:val="1"/>
    </w:pPr>
    <w:rPr>
      <w:rFonts w:ascii="Calibri" w:eastAsia="MS Gothic" w:hAnsi="Calibri"/>
      <w:b/>
      <w:bCs/>
      <w:color w:val="4F81BD"/>
      <w:sz w:val="26"/>
      <w:szCs w:val="26"/>
    </w:rPr>
  </w:style>
  <w:style w:type="paragraph" w:styleId="31">
    <w:name w:val="heading 3"/>
    <w:basedOn w:val="a1"/>
    <w:next w:val="a1"/>
    <w:link w:val="32"/>
    <w:uiPriority w:val="9"/>
    <w:qFormat/>
    <w:rsid w:val="00FC693F"/>
    <w:pPr>
      <w:keepNext/>
      <w:keepLines/>
      <w:spacing w:before="200" w:after="0"/>
      <w:outlineLvl w:val="2"/>
    </w:pPr>
    <w:rPr>
      <w:rFonts w:ascii="Calibri" w:eastAsia="MS Gothic" w:hAnsi="Calibri"/>
      <w:b/>
      <w:bCs/>
      <w:color w:val="4F81BD"/>
    </w:rPr>
  </w:style>
  <w:style w:type="paragraph" w:styleId="4">
    <w:name w:val="heading 4"/>
    <w:basedOn w:val="a1"/>
    <w:next w:val="a1"/>
    <w:link w:val="40"/>
    <w:uiPriority w:val="9"/>
    <w:qFormat/>
    <w:rsid w:val="00FC693F"/>
    <w:pPr>
      <w:keepNext/>
      <w:keepLines/>
      <w:spacing w:before="200" w:after="0"/>
      <w:outlineLvl w:val="3"/>
    </w:pPr>
    <w:rPr>
      <w:rFonts w:ascii="Calibri" w:eastAsia="MS Gothic" w:hAnsi="Calibri"/>
      <w:b/>
      <w:bCs/>
      <w:i/>
      <w:iCs/>
      <w:color w:val="4F81BD"/>
    </w:rPr>
  </w:style>
  <w:style w:type="paragraph" w:styleId="5">
    <w:name w:val="heading 5"/>
    <w:basedOn w:val="a1"/>
    <w:next w:val="a1"/>
    <w:link w:val="50"/>
    <w:uiPriority w:val="9"/>
    <w:qFormat/>
    <w:rsid w:val="00FC693F"/>
    <w:pPr>
      <w:keepNext/>
      <w:keepLines/>
      <w:spacing w:before="200" w:after="0"/>
      <w:outlineLvl w:val="4"/>
    </w:pPr>
    <w:rPr>
      <w:rFonts w:ascii="Calibri" w:eastAsia="MS Gothic" w:hAnsi="Calibri"/>
      <w:color w:val="243F60"/>
    </w:rPr>
  </w:style>
  <w:style w:type="paragraph" w:styleId="6">
    <w:name w:val="heading 6"/>
    <w:basedOn w:val="a1"/>
    <w:next w:val="a1"/>
    <w:link w:val="60"/>
    <w:uiPriority w:val="9"/>
    <w:qFormat/>
    <w:rsid w:val="00FC693F"/>
    <w:pPr>
      <w:keepNext/>
      <w:keepLines/>
      <w:spacing w:before="200" w:after="0"/>
      <w:outlineLvl w:val="5"/>
    </w:pPr>
    <w:rPr>
      <w:rFonts w:ascii="Calibri" w:eastAsia="MS Gothic" w:hAnsi="Calibri"/>
      <w:i/>
      <w:iCs/>
      <w:color w:val="243F60"/>
    </w:rPr>
  </w:style>
  <w:style w:type="paragraph" w:styleId="7">
    <w:name w:val="heading 7"/>
    <w:basedOn w:val="a1"/>
    <w:next w:val="a1"/>
    <w:link w:val="70"/>
    <w:uiPriority w:val="9"/>
    <w:qFormat/>
    <w:rsid w:val="00FC693F"/>
    <w:pPr>
      <w:keepNext/>
      <w:keepLines/>
      <w:spacing w:before="200" w:after="0"/>
      <w:outlineLvl w:val="6"/>
    </w:pPr>
    <w:rPr>
      <w:rFonts w:ascii="Calibri" w:eastAsia="MS Gothic" w:hAnsi="Calibri"/>
      <w:i/>
      <w:iCs/>
      <w:color w:val="404040"/>
    </w:rPr>
  </w:style>
  <w:style w:type="paragraph" w:styleId="8">
    <w:name w:val="heading 8"/>
    <w:basedOn w:val="a1"/>
    <w:next w:val="a1"/>
    <w:link w:val="80"/>
    <w:uiPriority w:val="9"/>
    <w:qFormat/>
    <w:rsid w:val="00FC693F"/>
    <w:pPr>
      <w:keepNext/>
      <w:keepLines/>
      <w:spacing w:before="200" w:after="0"/>
      <w:outlineLvl w:val="7"/>
    </w:pPr>
    <w:rPr>
      <w:rFonts w:ascii="Calibri" w:eastAsia="MS Gothic" w:hAnsi="Calibri"/>
      <w:color w:val="4F81BD"/>
      <w:sz w:val="20"/>
      <w:szCs w:val="20"/>
    </w:rPr>
  </w:style>
  <w:style w:type="paragraph" w:styleId="9">
    <w:name w:val="heading 9"/>
    <w:basedOn w:val="a1"/>
    <w:next w:val="a1"/>
    <w:link w:val="90"/>
    <w:uiPriority w:val="9"/>
    <w:qFormat/>
    <w:rsid w:val="00FC693F"/>
    <w:pPr>
      <w:keepNext/>
      <w:keepLines/>
      <w:spacing w:before="200" w:after="0"/>
      <w:outlineLvl w:val="8"/>
    </w:pPr>
    <w:rPr>
      <w:rFonts w:ascii="Calibri" w:eastAsia="MS Gothic" w:hAnsi="Calibri"/>
      <w:i/>
      <w:iCs/>
      <w:color w:val="404040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rPr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FC693F"/>
    <w:rPr>
      <w:rFonts w:ascii="Calibri" w:eastAsia="MS Gothic" w:hAnsi="Calibri" w:cs="Times New Roman"/>
      <w:b/>
      <w:bCs/>
      <w:color w:val="365F91"/>
      <w:sz w:val="28"/>
      <w:szCs w:val="28"/>
    </w:rPr>
  </w:style>
  <w:style w:type="character" w:customStyle="1" w:styleId="22">
    <w:name w:val="Заголовок 2 Знак"/>
    <w:link w:val="21"/>
    <w:uiPriority w:val="9"/>
    <w:rsid w:val="00FC693F"/>
    <w:rPr>
      <w:rFonts w:ascii="Calibri" w:eastAsia="MS Gothic" w:hAnsi="Calibri" w:cs="Times New Roman"/>
      <w:b/>
      <w:bCs/>
      <w:color w:val="4F81BD"/>
      <w:sz w:val="26"/>
      <w:szCs w:val="26"/>
    </w:rPr>
  </w:style>
  <w:style w:type="character" w:customStyle="1" w:styleId="32">
    <w:name w:val="Заголовок 3 Знак"/>
    <w:link w:val="31"/>
    <w:uiPriority w:val="9"/>
    <w:rsid w:val="00FC693F"/>
    <w:rPr>
      <w:rFonts w:ascii="Calibri" w:eastAsia="MS Gothic" w:hAnsi="Calibri" w:cs="Times New Roman"/>
      <w:b/>
      <w:bCs/>
      <w:color w:val="4F81BD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/>
      </w:pBdr>
      <w:spacing w:after="300" w:line="240" w:lineRule="auto"/>
      <w:contextualSpacing/>
    </w:pPr>
    <w:rPr>
      <w:rFonts w:ascii="Calibri" w:eastAsia="MS Gothic" w:hAnsi="Calibri"/>
      <w:color w:val="17365D"/>
      <w:spacing w:val="5"/>
      <w:kern w:val="28"/>
      <w:sz w:val="52"/>
      <w:szCs w:val="52"/>
    </w:rPr>
  </w:style>
  <w:style w:type="character" w:customStyle="1" w:styleId="ab">
    <w:name w:val="Название Знак"/>
    <w:link w:val="aa"/>
    <w:uiPriority w:val="10"/>
    <w:rsid w:val="00FC693F"/>
    <w:rPr>
      <w:rFonts w:ascii="Calibri" w:eastAsia="MS Gothic" w:hAnsi="Calibri" w:cs="Times New Roman"/>
      <w:color w:val="17365D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="Calibri" w:eastAsia="MS Gothic" w:hAnsi="Calibri"/>
      <w:i/>
      <w:iCs/>
      <w:color w:val="4F81BD"/>
      <w:spacing w:val="15"/>
      <w:sz w:val="24"/>
      <w:szCs w:val="24"/>
    </w:rPr>
  </w:style>
  <w:style w:type="character" w:customStyle="1" w:styleId="ad">
    <w:name w:val="Подзаголовок Знак"/>
    <w:link w:val="ac"/>
    <w:uiPriority w:val="11"/>
    <w:rsid w:val="00FC693F"/>
    <w:rPr>
      <w:rFonts w:ascii="Calibri" w:eastAsia="MS Gothic" w:hAnsi="Calibri" w:cs="Times New Roman"/>
      <w:i/>
      <w:iCs/>
      <w:color w:val="4F81BD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/>
      <w:lang w:val="en-US" w:eastAsia="en-US"/>
    </w:rPr>
  </w:style>
  <w:style w:type="character" w:customStyle="1" w:styleId="af4">
    <w:name w:val="Текст макроса Знак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/>
    </w:rPr>
  </w:style>
  <w:style w:type="character" w:customStyle="1" w:styleId="28">
    <w:name w:val="Цитата 2 Знак"/>
    <w:link w:val="27"/>
    <w:uiPriority w:val="29"/>
    <w:rsid w:val="00FC693F"/>
    <w:rPr>
      <w:i/>
      <w:iCs/>
      <w:color w:val="000000"/>
    </w:rPr>
  </w:style>
  <w:style w:type="character" w:customStyle="1" w:styleId="40">
    <w:name w:val="Заголовок 4 Знак"/>
    <w:link w:val="4"/>
    <w:uiPriority w:val="9"/>
    <w:semiHidden/>
    <w:rsid w:val="00FC693F"/>
    <w:rPr>
      <w:rFonts w:ascii="Calibri" w:eastAsia="MS Gothic" w:hAnsi="Calibri" w:cs="Times New Roman"/>
      <w:b/>
      <w:bCs/>
      <w:i/>
      <w:iCs/>
      <w:color w:val="4F81BD"/>
    </w:rPr>
  </w:style>
  <w:style w:type="character" w:customStyle="1" w:styleId="50">
    <w:name w:val="Заголовок 5 Знак"/>
    <w:link w:val="5"/>
    <w:uiPriority w:val="9"/>
    <w:semiHidden/>
    <w:rsid w:val="00FC693F"/>
    <w:rPr>
      <w:rFonts w:ascii="Calibri" w:eastAsia="MS Gothic" w:hAnsi="Calibri" w:cs="Times New Roman"/>
      <w:color w:val="243F60"/>
    </w:rPr>
  </w:style>
  <w:style w:type="character" w:customStyle="1" w:styleId="60">
    <w:name w:val="Заголовок 6 Знак"/>
    <w:link w:val="6"/>
    <w:uiPriority w:val="9"/>
    <w:semiHidden/>
    <w:rsid w:val="00FC693F"/>
    <w:rPr>
      <w:rFonts w:ascii="Calibri" w:eastAsia="MS Gothic" w:hAnsi="Calibri" w:cs="Times New Roman"/>
      <w:i/>
      <w:iCs/>
      <w:color w:val="243F60"/>
    </w:rPr>
  </w:style>
  <w:style w:type="character" w:customStyle="1" w:styleId="70">
    <w:name w:val="Заголовок 7 Знак"/>
    <w:link w:val="7"/>
    <w:uiPriority w:val="9"/>
    <w:semiHidden/>
    <w:rsid w:val="00FC693F"/>
    <w:rPr>
      <w:rFonts w:ascii="Calibri" w:eastAsia="MS Gothic" w:hAnsi="Calibri" w:cs="Times New Roman"/>
      <w:i/>
      <w:iCs/>
      <w:color w:val="404040"/>
    </w:rPr>
  </w:style>
  <w:style w:type="character" w:customStyle="1" w:styleId="80">
    <w:name w:val="Заголовок 8 Знак"/>
    <w:link w:val="8"/>
    <w:uiPriority w:val="9"/>
    <w:semiHidden/>
    <w:rsid w:val="00FC693F"/>
    <w:rPr>
      <w:rFonts w:ascii="Calibri" w:eastAsia="MS Gothic" w:hAnsi="Calibri" w:cs="Times New Roman"/>
      <w:color w:val="4F81BD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FC693F"/>
    <w:rPr>
      <w:rFonts w:ascii="Calibri" w:eastAsia="MS Gothic" w:hAnsi="Calibri" w:cs="Times New Roman"/>
      <w:i/>
      <w:iCs/>
      <w:color w:val="404040"/>
      <w:sz w:val="20"/>
      <w:szCs w:val="20"/>
    </w:rPr>
  </w:style>
  <w:style w:type="paragraph" w:styleId="af5">
    <w:name w:val="caption"/>
    <w:basedOn w:val="a1"/>
    <w:next w:val="a1"/>
    <w:uiPriority w:val="35"/>
    <w:qFormat/>
    <w:rsid w:val="00FC693F"/>
    <w:pPr>
      <w:spacing w:line="240" w:lineRule="auto"/>
    </w:pPr>
    <w:rPr>
      <w:b/>
      <w:bCs/>
      <w:color w:val="4F81BD"/>
      <w:sz w:val="18"/>
      <w:szCs w:val="18"/>
    </w:rPr>
  </w:style>
  <w:style w:type="character" w:styleId="af6">
    <w:name w:val="Strong"/>
    <w:uiPriority w:val="22"/>
    <w:qFormat/>
    <w:rsid w:val="00FC693F"/>
    <w:rPr>
      <w:b/>
      <w:bCs/>
    </w:rPr>
  </w:style>
  <w:style w:type="character" w:styleId="af7">
    <w:name w:val="Emphasis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f9">
    <w:name w:val="Выделенная цитата Знак"/>
    <w:link w:val="af8"/>
    <w:uiPriority w:val="30"/>
    <w:rsid w:val="00FC693F"/>
    <w:rPr>
      <w:b/>
      <w:bCs/>
      <w:i/>
      <w:iCs/>
      <w:color w:val="4F81BD"/>
    </w:rPr>
  </w:style>
  <w:style w:type="character" w:styleId="afa">
    <w:name w:val="Subtle Emphasis"/>
    <w:uiPriority w:val="19"/>
    <w:qFormat/>
    <w:rsid w:val="00FC693F"/>
    <w:rPr>
      <w:i/>
      <w:iCs/>
      <w:color w:val="808080"/>
    </w:rPr>
  </w:style>
  <w:style w:type="character" w:styleId="afb">
    <w:name w:val="Intense Emphasis"/>
    <w:uiPriority w:val="21"/>
    <w:qFormat/>
    <w:rsid w:val="00FC693F"/>
    <w:rPr>
      <w:b/>
      <w:bCs/>
      <w:i/>
      <w:iCs/>
      <w:color w:val="4F81BD"/>
    </w:rPr>
  </w:style>
  <w:style w:type="character" w:styleId="afc">
    <w:name w:val="Subtle Reference"/>
    <w:uiPriority w:val="31"/>
    <w:qFormat/>
    <w:rsid w:val="00FC693F"/>
    <w:rPr>
      <w:smallCaps/>
      <w:color w:val="C0504D"/>
      <w:u w:val="single"/>
    </w:rPr>
  </w:style>
  <w:style w:type="character" w:styleId="afd">
    <w:name w:val="Intense Reference"/>
    <w:uiPriority w:val="32"/>
    <w:qFormat/>
    <w:rsid w:val="00FC693F"/>
    <w:rPr>
      <w:b/>
      <w:bCs/>
      <w:smallCaps/>
      <w:color w:val="C0504D"/>
      <w:spacing w:val="5"/>
      <w:u w:val="single"/>
    </w:rPr>
  </w:style>
  <w:style w:type="character" w:styleId="afe">
    <w:name w:val="Book Title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-1">
    <w:name w:val="Light Shading Accent 1"/>
    <w:basedOn w:val="a3"/>
    <w:uiPriority w:val="60"/>
    <w:rsid w:val="00FC693F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-2">
    <w:name w:val="Light Shading Accent 2"/>
    <w:basedOn w:val="a3"/>
    <w:uiPriority w:val="60"/>
    <w:rsid w:val="00FC693F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-3">
    <w:name w:val="Light Shading Accent 3"/>
    <w:basedOn w:val="a3"/>
    <w:uiPriority w:val="60"/>
    <w:rsid w:val="00FC693F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-4">
    <w:name w:val="Light Shading Accent 4"/>
    <w:basedOn w:val="a3"/>
    <w:uiPriority w:val="60"/>
    <w:rsid w:val="00FC693F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-5">
    <w:name w:val="Light Shading Accent 5"/>
    <w:basedOn w:val="a3"/>
    <w:uiPriority w:val="60"/>
    <w:rsid w:val="00FC693F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-6">
    <w:name w:val="Light Shading Accent 6"/>
    <w:basedOn w:val="a3"/>
    <w:uiPriority w:val="60"/>
    <w:rsid w:val="00FC693F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aff2">
    <w:name w:val="Light List"/>
    <w:basedOn w:val="a3"/>
    <w:uiPriority w:val="61"/>
    <w:rsid w:val="00FC693F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-10">
    <w:name w:val="Light List Accent 1"/>
    <w:basedOn w:val="a3"/>
    <w:uiPriority w:val="61"/>
    <w:rsid w:val="00FC693F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-20">
    <w:name w:val="Light List Accent 2"/>
    <w:basedOn w:val="a3"/>
    <w:uiPriority w:val="61"/>
    <w:rsid w:val="00CB0664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-30">
    <w:name w:val="Light List Accent 3"/>
    <w:basedOn w:val="a3"/>
    <w:uiPriority w:val="61"/>
    <w:rsid w:val="00CB0664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-40">
    <w:name w:val="Light List Accent 4"/>
    <w:basedOn w:val="a3"/>
    <w:uiPriority w:val="61"/>
    <w:rsid w:val="00CB0664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-50">
    <w:name w:val="Light List Accent 5"/>
    <w:basedOn w:val="a3"/>
    <w:uiPriority w:val="61"/>
    <w:rsid w:val="00CB0664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-60">
    <w:name w:val="Light List Accent 6"/>
    <w:basedOn w:val="a3"/>
    <w:uiPriority w:val="61"/>
    <w:rsid w:val="00CB0664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aff3">
    <w:name w:val="Light Grid"/>
    <w:basedOn w:val="a3"/>
    <w:uiPriority w:val="62"/>
    <w:rsid w:val="00CB0664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-11">
    <w:name w:val="Light Grid Accent 1"/>
    <w:basedOn w:val="a3"/>
    <w:uiPriority w:val="62"/>
    <w:rsid w:val="00CB0664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-21">
    <w:name w:val="Light Grid Accent 2"/>
    <w:basedOn w:val="a3"/>
    <w:uiPriority w:val="62"/>
    <w:rsid w:val="00CB0664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-31">
    <w:name w:val="Light Grid Accent 3"/>
    <w:basedOn w:val="a3"/>
    <w:uiPriority w:val="62"/>
    <w:rsid w:val="00CB0664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-41">
    <w:name w:val="Light Grid Accent 4"/>
    <w:basedOn w:val="a3"/>
    <w:uiPriority w:val="62"/>
    <w:rsid w:val="00CB0664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-51">
    <w:name w:val="Light Grid Accent 5"/>
    <w:basedOn w:val="a3"/>
    <w:uiPriority w:val="62"/>
    <w:rsid w:val="00CB0664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-61">
    <w:name w:val="Light Grid Accent 6"/>
    <w:basedOn w:val="a3"/>
    <w:uiPriority w:val="62"/>
    <w:rsid w:val="00CB0664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11">
    <w:name w:val="Medium Shading 1"/>
    <w:basedOn w:val="a3"/>
    <w:uiPriority w:val="63"/>
    <w:rsid w:val="00CB0664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1-10">
    <w:name w:val="Medium List 1 Accent 1"/>
    <w:basedOn w:val="a3"/>
    <w:uiPriority w:val="65"/>
    <w:rsid w:val="00CB0664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1-20">
    <w:name w:val="Medium List 1 Accent 2"/>
    <w:basedOn w:val="a3"/>
    <w:uiPriority w:val="65"/>
    <w:rsid w:val="00CB0664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1-30">
    <w:name w:val="Medium List 1 Accent 3"/>
    <w:basedOn w:val="a3"/>
    <w:uiPriority w:val="65"/>
    <w:rsid w:val="00CB0664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1-40">
    <w:name w:val="Medium List 1 Accent 4"/>
    <w:basedOn w:val="a3"/>
    <w:uiPriority w:val="65"/>
    <w:rsid w:val="00CB0664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1-50">
    <w:name w:val="Medium List 1 Accent 5"/>
    <w:basedOn w:val="a3"/>
    <w:uiPriority w:val="65"/>
    <w:rsid w:val="00CB0664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1-60">
    <w:name w:val="Medium List 1 Accent 6"/>
    <w:basedOn w:val="a3"/>
    <w:uiPriority w:val="65"/>
    <w:rsid w:val="00CB0664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2a">
    <w:name w:val="Medium List 2"/>
    <w:basedOn w:val="a3"/>
    <w:uiPriority w:val="66"/>
    <w:rsid w:val="00CB0664"/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1-11">
    <w:name w:val="Medium Grid 1 Accent 1"/>
    <w:basedOn w:val="a3"/>
    <w:uiPriority w:val="67"/>
    <w:rsid w:val="00CB0664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1-21">
    <w:name w:val="Medium Grid 1 Accent 2"/>
    <w:basedOn w:val="a3"/>
    <w:uiPriority w:val="67"/>
    <w:rsid w:val="00CB0664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1-31">
    <w:name w:val="Medium Grid 1 Accent 3"/>
    <w:basedOn w:val="a3"/>
    <w:uiPriority w:val="67"/>
    <w:rsid w:val="00CB0664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1-41">
    <w:name w:val="Medium Grid 1 Accent 4"/>
    <w:basedOn w:val="a3"/>
    <w:uiPriority w:val="67"/>
    <w:rsid w:val="00CB0664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1-51">
    <w:name w:val="Medium Grid 1 Accent 5"/>
    <w:basedOn w:val="a3"/>
    <w:uiPriority w:val="67"/>
    <w:rsid w:val="00CB0664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1-61">
    <w:name w:val="Medium Grid 1 Accent 6"/>
    <w:basedOn w:val="a3"/>
    <w:uiPriority w:val="67"/>
    <w:rsid w:val="00CB0664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2b">
    <w:name w:val="Medium Grid 2"/>
    <w:basedOn w:val="a3"/>
    <w:uiPriority w:val="68"/>
    <w:rsid w:val="00CB0664"/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2-11">
    <w:name w:val="Medium Grid 2 Accent 1"/>
    <w:basedOn w:val="a3"/>
    <w:uiPriority w:val="68"/>
    <w:rsid w:val="00CB0664"/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2-21">
    <w:name w:val="Medium Grid 2 Accent 2"/>
    <w:basedOn w:val="a3"/>
    <w:uiPriority w:val="68"/>
    <w:rsid w:val="00CB0664"/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2-31">
    <w:name w:val="Medium Grid 2 Accent 3"/>
    <w:basedOn w:val="a3"/>
    <w:uiPriority w:val="68"/>
    <w:rsid w:val="00CB0664"/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2-41">
    <w:name w:val="Medium Grid 2 Accent 4"/>
    <w:basedOn w:val="a3"/>
    <w:uiPriority w:val="68"/>
    <w:rsid w:val="00CB0664"/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2-51">
    <w:name w:val="Medium Grid 2 Accent 5"/>
    <w:basedOn w:val="a3"/>
    <w:uiPriority w:val="68"/>
    <w:rsid w:val="00CB0664"/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2-61">
    <w:name w:val="Medium Grid 2 Accent 6"/>
    <w:basedOn w:val="a3"/>
    <w:uiPriority w:val="68"/>
    <w:rsid w:val="00CB0664"/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37">
    <w:name w:val="Medium Grid 3"/>
    <w:basedOn w:val="a3"/>
    <w:uiPriority w:val="69"/>
    <w:rsid w:val="00CB0664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3-1">
    <w:name w:val="Medium Grid 3 Accent 1"/>
    <w:basedOn w:val="a3"/>
    <w:uiPriority w:val="69"/>
    <w:rsid w:val="00CB0664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3-2">
    <w:name w:val="Medium Grid 3 Accent 2"/>
    <w:basedOn w:val="a3"/>
    <w:uiPriority w:val="69"/>
    <w:rsid w:val="00CB0664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3-3">
    <w:name w:val="Medium Grid 3 Accent 3"/>
    <w:basedOn w:val="a3"/>
    <w:uiPriority w:val="69"/>
    <w:rsid w:val="00CB0664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3-4">
    <w:name w:val="Medium Grid 3 Accent 4"/>
    <w:basedOn w:val="a3"/>
    <w:uiPriority w:val="69"/>
    <w:rsid w:val="00CB0664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3-5">
    <w:name w:val="Medium Grid 3 Accent 5"/>
    <w:basedOn w:val="a3"/>
    <w:uiPriority w:val="69"/>
    <w:rsid w:val="00CB0664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3-6">
    <w:name w:val="Medium Grid 3 Accent 6"/>
    <w:basedOn w:val="a3"/>
    <w:uiPriority w:val="69"/>
    <w:rsid w:val="00CB0664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aff4">
    <w:name w:val="Dark List"/>
    <w:basedOn w:val="a3"/>
    <w:uiPriority w:val="70"/>
    <w:rsid w:val="00CB0664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-12">
    <w:name w:val="Dark List Accent 1"/>
    <w:basedOn w:val="a3"/>
    <w:uiPriority w:val="70"/>
    <w:rsid w:val="00CB0664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-22">
    <w:name w:val="Dark List Accent 2"/>
    <w:basedOn w:val="a3"/>
    <w:uiPriority w:val="70"/>
    <w:rsid w:val="00CB0664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-32">
    <w:name w:val="Dark List Accent 3"/>
    <w:basedOn w:val="a3"/>
    <w:uiPriority w:val="70"/>
    <w:rsid w:val="00CB0664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-42">
    <w:name w:val="Dark List Accent 4"/>
    <w:basedOn w:val="a3"/>
    <w:uiPriority w:val="70"/>
    <w:rsid w:val="00CB0664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-52">
    <w:name w:val="Dark List Accent 5"/>
    <w:basedOn w:val="a3"/>
    <w:uiPriority w:val="70"/>
    <w:rsid w:val="00CB0664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-62">
    <w:name w:val="Dark List Accent 6"/>
    <w:basedOn w:val="a3"/>
    <w:uiPriority w:val="70"/>
    <w:rsid w:val="00CB0664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aff5">
    <w:name w:val="Colorful Shading"/>
    <w:basedOn w:val="a3"/>
    <w:uiPriority w:val="71"/>
    <w:rsid w:val="00CB0664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13">
    <w:name w:val="Colorful Shading Accent 1"/>
    <w:basedOn w:val="a3"/>
    <w:uiPriority w:val="71"/>
    <w:rsid w:val="00CB0664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23">
    <w:name w:val="Colorful Shading Accent 2"/>
    <w:basedOn w:val="a3"/>
    <w:uiPriority w:val="71"/>
    <w:rsid w:val="00CB0664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33">
    <w:name w:val="Colorful Shading Accent 3"/>
    <w:basedOn w:val="a3"/>
    <w:uiPriority w:val="71"/>
    <w:rsid w:val="00CB0664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-43">
    <w:name w:val="Colorful Shading Accent 4"/>
    <w:basedOn w:val="a3"/>
    <w:uiPriority w:val="71"/>
    <w:rsid w:val="00CB0664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53">
    <w:name w:val="Colorful Shading Accent 5"/>
    <w:basedOn w:val="a3"/>
    <w:uiPriority w:val="71"/>
    <w:rsid w:val="00CB0664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63">
    <w:name w:val="Colorful Shading Accent 6"/>
    <w:basedOn w:val="a3"/>
    <w:uiPriority w:val="71"/>
    <w:rsid w:val="00CB0664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aff6">
    <w:name w:val="Colorful List"/>
    <w:basedOn w:val="a3"/>
    <w:uiPriority w:val="72"/>
    <w:rsid w:val="00CB0664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-14">
    <w:name w:val="Colorful List Accent 1"/>
    <w:basedOn w:val="a3"/>
    <w:uiPriority w:val="72"/>
    <w:rsid w:val="00CB0664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-24">
    <w:name w:val="Colorful List Accent 2"/>
    <w:basedOn w:val="a3"/>
    <w:uiPriority w:val="72"/>
    <w:rsid w:val="00CB0664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-34">
    <w:name w:val="Colorful List Accent 3"/>
    <w:basedOn w:val="a3"/>
    <w:uiPriority w:val="72"/>
    <w:rsid w:val="00CB0664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-44">
    <w:name w:val="Colorful List Accent 4"/>
    <w:basedOn w:val="a3"/>
    <w:uiPriority w:val="72"/>
    <w:rsid w:val="00CB0664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-54">
    <w:name w:val="Colorful List Accent 5"/>
    <w:basedOn w:val="a3"/>
    <w:uiPriority w:val="72"/>
    <w:rsid w:val="00CB0664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-64">
    <w:name w:val="Colorful List Accent 6"/>
    <w:basedOn w:val="a3"/>
    <w:uiPriority w:val="72"/>
    <w:rsid w:val="00CB0664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aff7">
    <w:name w:val="Colorful Grid"/>
    <w:basedOn w:val="a3"/>
    <w:uiPriority w:val="73"/>
    <w:rsid w:val="00CB0664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-15">
    <w:name w:val="Colorful Grid Accent 1"/>
    <w:basedOn w:val="a3"/>
    <w:uiPriority w:val="73"/>
    <w:rsid w:val="00CB0664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-25">
    <w:name w:val="Colorful Grid Accent 2"/>
    <w:basedOn w:val="a3"/>
    <w:uiPriority w:val="73"/>
    <w:rsid w:val="00CB0664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-35">
    <w:name w:val="Colorful Grid Accent 3"/>
    <w:basedOn w:val="a3"/>
    <w:uiPriority w:val="73"/>
    <w:rsid w:val="00CB0664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-45">
    <w:name w:val="Colorful Grid Accent 4"/>
    <w:basedOn w:val="a3"/>
    <w:uiPriority w:val="73"/>
    <w:rsid w:val="00CB0664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-55">
    <w:name w:val="Colorful Grid Accent 5"/>
    <w:basedOn w:val="a3"/>
    <w:uiPriority w:val="73"/>
    <w:rsid w:val="00CB0664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-65">
    <w:name w:val="Colorful Grid Accent 6"/>
    <w:basedOn w:val="a3"/>
    <w:uiPriority w:val="73"/>
    <w:rsid w:val="00CB0664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paragraph" w:styleId="aff8">
    <w:name w:val="Balloon Text"/>
    <w:basedOn w:val="a1"/>
    <w:link w:val="aff9"/>
    <w:uiPriority w:val="99"/>
    <w:semiHidden/>
    <w:unhideWhenUsed/>
    <w:rsid w:val="00F90C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F90CF4"/>
    <w:rPr>
      <w:rFonts w:ascii="Tahoma" w:eastAsia="Times New Roman" w:hAnsi="Tahoma" w:cs="Tahoma"/>
      <w:sz w:val="16"/>
      <w:szCs w:val="16"/>
      <w:lang w:val="en-US" w:eastAsia="en-US"/>
    </w:rPr>
  </w:style>
  <w:style w:type="character" w:styleId="affa">
    <w:name w:val="Hyperlink"/>
    <w:basedOn w:val="a2"/>
    <w:semiHidden/>
    <w:unhideWhenUsed/>
    <w:rsid w:val="0082365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10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t.me/nza456" TargetMode="External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zokirjon.com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zokirjon.com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hyperlink" Target="http://www.idum.uz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t.me/nza44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1448</Words>
  <Characters>8259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O‘zbekiston mustaqilligining 35 yilligiga bag‘ishlangan 6-sinf ochiq dars ishlanmasi</vt:lpstr>
    </vt:vector>
  </TitlesOfParts>
  <Company>SPecialiST RePack</Company>
  <LinksUpToDate>false</LinksUpToDate>
  <CharactersWithSpaces>9688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O‘zbekiston mustaqilligining 35 yilligiga bag‘ishlangan 6-sinf ochiq dars ishlanmasi</dc:title>
  <dc:subject>Tarbiya soati / ma’naviy-ma’rifiy ochiq dars</dc:subject>
  <dc:creator>bajju</dc:creator>
  <cp:keywords>Mustaqillik, 35 yil, 6-sinf, ochiq dars, O‘zbekiston</cp:keywords>
  <dc:description>generated by python-docx</dc:description>
  <cp:lastModifiedBy>User</cp:lastModifiedBy>
  <cp:revision>5</cp:revision>
  <dcterms:created xsi:type="dcterms:W3CDTF">2026-08-22T03:06:00Z</dcterms:created>
  <dcterms:modified xsi:type="dcterms:W3CDTF">2026-08-24T11:49:00Z</dcterms:modified>
</cp:coreProperties>
</file>